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6594" w14:textId="77777777" w:rsidR="00424A00" w:rsidRDefault="00000000">
      <w:pPr>
        <w:spacing w:before="560"/>
        <w:jc w:val="center"/>
      </w:pPr>
      <w:r>
        <w:rPr>
          <w:noProof/>
        </w:rPr>
        <w:drawing>
          <wp:inline distT="0" distB="0" distL="0" distR="0" wp14:anchorId="3C9204C8" wp14:editId="48CE53FB">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65798D98" w14:textId="77777777" w:rsidR="00424A00" w:rsidRDefault="00000000">
      <w:pPr>
        <w:spacing w:before="280" w:after="320"/>
        <w:jc w:val="center"/>
      </w:pPr>
      <w:r>
        <w:rPr>
          <w:rFonts w:ascii="Arial" w:hAnsi="Arial"/>
          <w:b/>
          <w:color w:val="1F4E79"/>
          <w:sz w:val="28"/>
        </w:rPr>
        <w:t>Project Challenge Supporting Learners with Medical Conditions Policy</w:t>
      </w:r>
      <w:r>
        <w:rPr>
          <w:rFonts w:ascii="Arial" w:hAnsi="Arial"/>
          <w:b/>
          <w:color w:val="1F4E79"/>
          <w:sz w:val="28"/>
        </w:rPr>
        <w:br/>
        <w:t>2026/2027</w:t>
      </w:r>
    </w:p>
    <w:tbl>
      <w:tblPr>
        <w:tblW w:w="0" w:type="auto"/>
        <w:tblLayout w:type="fixed"/>
        <w:tblLook w:val="04A0" w:firstRow="1" w:lastRow="0" w:firstColumn="1" w:lastColumn="0" w:noHBand="0" w:noVBand="1"/>
      </w:tblPr>
      <w:tblGrid>
        <w:gridCol w:w="3096"/>
        <w:gridCol w:w="6552"/>
      </w:tblGrid>
      <w:tr w:rsidR="00424A00" w14:paraId="0FA60866" w14:textId="77777777">
        <w:tc>
          <w:tcPr>
            <w:tcW w:w="3096" w:type="dxa"/>
            <w:shd w:val="clear" w:color="auto" w:fill="D9E7F3"/>
            <w:tcMar>
              <w:top w:w="70" w:type="dxa"/>
              <w:left w:w="90" w:type="dxa"/>
              <w:bottom w:w="70" w:type="dxa"/>
              <w:right w:w="90" w:type="dxa"/>
            </w:tcMar>
            <w:vAlign w:val="center"/>
          </w:tcPr>
          <w:p w14:paraId="0339F9B8" w14:textId="77777777" w:rsidR="00424A00" w:rsidRDefault="00000000">
            <w:pPr>
              <w:spacing w:after="0"/>
            </w:pPr>
            <w:r>
              <w:rPr>
                <w:rFonts w:ascii="Arial" w:hAnsi="Arial"/>
                <w:b/>
                <w:sz w:val="14"/>
              </w:rPr>
              <w:t>Policy Lead</w:t>
            </w:r>
          </w:p>
        </w:tc>
        <w:tc>
          <w:tcPr>
            <w:tcW w:w="6552" w:type="dxa"/>
            <w:tcMar>
              <w:top w:w="70" w:type="dxa"/>
              <w:left w:w="90" w:type="dxa"/>
              <w:bottom w:w="70" w:type="dxa"/>
              <w:right w:w="90" w:type="dxa"/>
            </w:tcMar>
            <w:vAlign w:val="center"/>
          </w:tcPr>
          <w:p w14:paraId="622DBC84" w14:textId="77777777" w:rsidR="00424A00" w:rsidRDefault="00000000">
            <w:pPr>
              <w:spacing w:after="0"/>
            </w:pPr>
            <w:r>
              <w:rPr>
                <w:rFonts w:ascii="Arial" w:hAnsi="Arial"/>
                <w:sz w:val="14"/>
              </w:rPr>
              <w:t>Lorna Butterick, Head of Centre</w:t>
            </w:r>
            <w:r>
              <w:rPr>
                <w:rFonts w:ascii="Arial" w:hAnsi="Arial"/>
                <w:sz w:val="14"/>
              </w:rPr>
              <w:br/>
              <w:t>lorna.butterick@projectchallenge.org.uk</w:t>
            </w:r>
            <w:r>
              <w:rPr>
                <w:rFonts w:ascii="Arial" w:hAnsi="Arial"/>
                <w:sz w:val="14"/>
              </w:rPr>
              <w:br/>
              <w:t>01422 363644</w:t>
            </w:r>
          </w:p>
        </w:tc>
      </w:tr>
      <w:tr w:rsidR="00424A00" w14:paraId="19C6AD0F" w14:textId="77777777">
        <w:tc>
          <w:tcPr>
            <w:tcW w:w="3096" w:type="dxa"/>
            <w:shd w:val="clear" w:color="auto" w:fill="D9E7F3"/>
            <w:tcMar>
              <w:top w:w="70" w:type="dxa"/>
              <w:left w:w="90" w:type="dxa"/>
              <w:bottom w:w="70" w:type="dxa"/>
              <w:right w:w="90" w:type="dxa"/>
            </w:tcMar>
            <w:vAlign w:val="center"/>
          </w:tcPr>
          <w:p w14:paraId="6F9CDF82" w14:textId="77777777" w:rsidR="00424A00" w:rsidRDefault="00000000">
            <w:pPr>
              <w:spacing w:after="0"/>
            </w:pPr>
            <w:r>
              <w:rPr>
                <w:rFonts w:ascii="Arial" w:hAnsi="Arial"/>
                <w:b/>
                <w:sz w:val="14"/>
              </w:rPr>
              <w:t>Operations Manager</w:t>
            </w:r>
          </w:p>
        </w:tc>
        <w:tc>
          <w:tcPr>
            <w:tcW w:w="6552" w:type="dxa"/>
            <w:tcMar>
              <w:top w:w="70" w:type="dxa"/>
              <w:left w:w="90" w:type="dxa"/>
              <w:bottom w:w="70" w:type="dxa"/>
              <w:right w:w="90" w:type="dxa"/>
            </w:tcMar>
            <w:vAlign w:val="center"/>
          </w:tcPr>
          <w:p w14:paraId="70376FBE" w14:textId="77777777" w:rsidR="00424A00" w:rsidRDefault="00000000">
            <w:pPr>
              <w:spacing w:after="0"/>
            </w:pPr>
            <w:r>
              <w:rPr>
                <w:rFonts w:ascii="Arial" w:hAnsi="Arial"/>
                <w:sz w:val="14"/>
              </w:rPr>
              <w:t>Tom Harnett</w:t>
            </w:r>
            <w:r>
              <w:rPr>
                <w:rFonts w:ascii="Arial" w:hAnsi="Arial"/>
                <w:sz w:val="14"/>
              </w:rPr>
              <w:br/>
              <w:t>tom.harnett@projectchallenge.org.uk</w:t>
            </w:r>
            <w:r>
              <w:rPr>
                <w:rFonts w:ascii="Arial" w:hAnsi="Arial"/>
                <w:sz w:val="14"/>
              </w:rPr>
              <w:br/>
              <w:t>01422 363644</w:t>
            </w:r>
          </w:p>
        </w:tc>
      </w:tr>
      <w:tr w:rsidR="00424A00" w14:paraId="44AE9E46" w14:textId="77777777">
        <w:tc>
          <w:tcPr>
            <w:tcW w:w="3096" w:type="dxa"/>
            <w:shd w:val="clear" w:color="auto" w:fill="D9E7F3"/>
            <w:tcMar>
              <w:top w:w="70" w:type="dxa"/>
              <w:left w:w="90" w:type="dxa"/>
              <w:bottom w:w="70" w:type="dxa"/>
              <w:right w:w="90" w:type="dxa"/>
            </w:tcMar>
            <w:vAlign w:val="center"/>
          </w:tcPr>
          <w:p w14:paraId="75E9D49D" w14:textId="77777777" w:rsidR="00424A00" w:rsidRDefault="00000000">
            <w:pPr>
              <w:spacing w:after="0"/>
            </w:pPr>
            <w:r>
              <w:rPr>
                <w:rFonts w:ascii="Arial" w:hAnsi="Arial"/>
                <w:b/>
                <w:sz w:val="14"/>
              </w:rPr>
              <w:t>Board Chair</w:t>
            </w:r>
          </w:p>
        </w:tc>
        <w:tc>
          <w:tcPr>
            <w:tcW w:w="6552" w:type="dxa"/>
            <w:tcMar>
              <w:top w:w="70" w:type="dxa"/>
              <w:left w:w="90" w:type="dxa"/>
              <w:bottom w:w="70" w:type="dxa"/>
              <w:right w:w="90" w:type="dxa"/>
            </w:tcMar>
            <w:vAlign w:val="center"/>
          </w:tcPr>
          <w:p w14:paraId="268E85C5" w14:textId="77777777" w:rsidR="00424A00" w:rsidRDefault="00000000">
            <w:pPr>
              <w:spacing w:after="0"/>
            </w:pPr>
            <w:r>
              <w:rPr>
                <w:rFonts w:ascii="Arial" w:hAnsi="Arial"/>
                <w:sz w:val="14"/>
              </w:rPr>
              <w:t>Chris Eves, chriseves14@gmail.com</w:t>
            </w:r>
            <w:r>
              <w:rPr>
                <w:rFonts w:ascii="Arial" w:hAnsi="Arial"/>
                <w:sz w:val="14"/>
              </w:rPr>
              <w:br/>
              <w:t>07812 979991</w:t>
            </w:r>
          </w:p>
        </w:tc>
      </w:tr>
      <w:tr w:rsidR="00424A00" w14:paraId="4EFC1CA3" w14:textId="77777777">
        <w:tc>
          <w:tcPr>
            <w:tcW w:w="3096" w:type="dxa"/>
            <w:shd w:val="clear" w:color="auto" w:fill="D9E7F3"/>
            <w:tcMar>
              <w:top w:w="70" w:type="dxa"/>
              <w:left w:w="90" w:type="dxa"/>
              <w:bottom w:w="70" w:type="dxa"/>
              <w:right w:w="90" w:type="dxa"/>
            </w:tcMar>
            <w:vAlign w:val="center"/>
          </w:tcPr>
          <w:p w14:paraId="79FAB6BF" w14:textId="77777777" w:rsidR="00424A00" w:rsidRDefault="00000000">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2241BCFE" w14:textId="77777777" w:rsidR="00424A00" w:rsidRDefault="00000000">
            <w:pPr>
              <w:spacing w:after="0"/>
            </w:pPr>
            <w:r>
              <w:rPr>
                <w:rFonts w:ascii="Arial" w:hAnsi="Arial"/>
                <w:sz w:val="14"/>
              </w:rPr>
              <w:t>Version 1: September 2026</w:t>
            </w:r>
            <w:r>
              <w:rPr>
                <w:rFonts w:ascii="Arial" w:hAnsi="Arial"/>
                <w:sz w:val="14"/>
              </w:rPr>
              <w:br/>
              <w:t>Review due: September 2027</w:t>
            </w:r>
          </w:p>
        </w:tc>
      </w:tr>
    </w:tbl>
    <w:p w14:paraId="38E3742E" w14:textId="77777777" w:rsidR="00424A00" w:rsidRDefault="00000000">
      <w:r>
        <w:br w:type="page"/>
      </w:r>
    </w:p>
    <w:p w14:paraId="08ECCFD2" w14:textId="77777777" w:rsidR="00424A00" w:rsidRDefault="00000000">
      <w:pPr>
        <w:pStyle w:val="Heading1"/>
      </w:pPr>
      <w:r>
        <w:lastRenderedPageBreak/>
        <w:t>Contents</w:t>
      </w:r>
    </w:p>
    <w:p w14:paraId="7FED6D39" w14:textId="790BBEAE" w:rsidR="00424A00" w:rsidRDefault="00000000">
      <w:pPr>
        <w:tabs>
          <w:tab w:val="left" w:pos="9432"/>
        </w:tabs>
        <w:spacing w:after="20"/>
      </w:pPr>
      <w:r>
        <w:rPr>
          <w:rFonts w:ascii="Arial" w:hAnsi="Arial"/>
          <w:b/>
          <w:sz w:val="16"/>
        </w:rPr>
        <w:t>1. Scope</w:t>
      </w:r>
      <w:r>
        <w:tab/>
      </w:r>
      <w:r w:rsidR="0016734A">
        <w:t>3</w:t>
      </w:r>
    </w:p>
    <w:p w14:paraId="52841DEA" w14:textId="529F209B" w:rsidR="00424A00" w:rsidRDefault="00000000">
      <w:pPr>
        <w:tabs>
          <w:tab w:val="left" w:pos="9432"/>
        </w:tabs>
        <w:spacing w:after="20"/>
      </w:pPr>
      <w:r>
        <w:rPr>
          <w:rFonts w:ascii="Arial" w:hAnsi="Arial"/>
          <w:b/>
          <w:sz w:val="16"/>
        </w:rPr>
        <w:t>2. Introduction</w:t>
      </w:r>
      <w:r>
        <w:tab/>
      </w:r>
      <w:r w:rsidR="0016734A">
        <w:t>4</w:t>
      </w:r>
    </w:p>
    <w:p w14:paraId="317C7DBD" w14:textId="3DB2BCD7" w:rsidR="00424A00" w:rsidRDefault="00000000">
      <w:pPr>
        <w:tabs>
          <w:tab w:val="left" w:pos="9432"/>
        </w:tabs>
        <w:spacing w:after="20"/>
      </w:pPr>
      <w:r>
        <w:rPr>
          <w:rFonts w:ascii="Arial" w:hAnsi="Arial"/>
          <w:b/>
          <w:sz w:val="16"/>
        </w:rPr>
        <w:t>3. Policy Statement</w:t>
      </w:r>
      <w:r>
        <w:tab/>
      </w:r>
      <w:r w:rsidR="0016734A">
        <w:t>4</w:t>
      </w:r>
    </w:p>
    <w:p w14:paraId="0FF08C70" w14:textId="2E0990D1" w:rsidR="00424A00" w:rsidRDefault="00000000">
      <w:pPr>
        <w:tabs>
          <w:tab w:val="left" w:pos="9432"/>
        </w:tabs>
        <w:spacing w:after="20"/>
      </w:pPr>
      <w:r>
        <w:rPr>
          <w:rFonts w:ascii="Arial" w:hAnsi="Arial"/>
          <w:b/>
          <w:sz w:val="16"/>
        </w:rPr>
        <w:t>4. Aims and Objectives</w:t>
      </w:r>
      <w:r>
        <w:tab/>
      </w:r>
      <w:r w:rsidR="00AB262C">
        <w:t>5</w:t>
      </w:r>
    </w:p>
    <w:p w14:paraId="1A4850D3" w14:textId="40056BA8" w:rsidR="00424A00" w:rsidRDefault="00000000">
      <w:pPr>
        <w:tabs>
          <w:tab w:val="left" w:pos="9432"/>
        </w:tabs>
        <w:spacing w:after="20"/>
      </w:pPr>
      <w:r>
        <w:rPr>
          <w:rFonts w:ascii="Arial" w:hAnsi="Arial"/>
          <w:b/>
          <w:sz w:val="16"/>
        </w:rPr>
        <w:t>5. Definition of a Medical Condition</w:t>
      </w:r>
      <w:r>
        <w:tab/>
      </w:r>
      <w:r w:rsidR="00AB262C">
        <w:t>5</w:t>
      </w:r>
    </w:p>
    <w:p w14:paraId="6351619A" w14:textId="2AFFDBAE" w:rsidR="00424A00" w:rsidRDefault="00000000">
      <w:pPr>
        <w:tabs>
          <w:tab w:val="left" w:pos="9432"/>
        </w:tabs>
        <w:spacing w:after="20"/>
      </w:pPr>
      <w:r>
        <w:rPr>
          <w:rFonts w:ascii="Arial" w:hAnsi="Arial"/>
          <w:b/>
          <w:sz w:val="16"/>
        </w:rPr>
        <w:t>6. Roles and Responsibilities</w:t>
      </w:r>
      <w:r>
        <w:tab/>
      </w:r>
      <w:r w:rsidR="00AB262C">
        <w:t>6</w:t>
      </w:r>
    </w:p>
    <w:p w14:paraId="441A3E91" w14:textId="349B7F46" w:rsidR="00424A00" w:rsidRDefault="00000000">
      <w:pPr>
        <w:tabs>
          <w:tab w:val="left" w:pos="9432"/>
        </w:tabs>
        <w:spacing w:after="20"/>
      </w:pPr>
      <w:r>
        <w:rPr>
          <w:rFonts w:ascii="Arial" w:hAnsi="Arial"/>
          <w:b/>
          <w:sz w:val="16"/>
        </w:rPr>
        <w:t>7. Learner Voice and Involvement</w:t>
      </w:r>
      <w:r>
        <w:tab/>
      </w:r>
      <w:r w:rsidR="00AB262C">
        <w:t>7</w:t>
      </w:r>
    </w:p>
    <w:p w14:paraId="3DDF108D" w14:textId="4C6E6AD5" w:rsidR="00424A00" w:rsidRDefault="00000000">
      <w:pPr>
        <w:tabs>
          <w:tab w:val="left" w:pos="9432"/>
        </w:tabs>
        <w:spacing w:after="20"/>
      </w:pPr>
      <w:r>
        <w:rPr>
          <w:rFonts w:ascii="Arial" w:hAnsi="Arial"/>
          <w:b/>
          <w:sz w:val="16"/>
        </w:rPr>
        <w:t>8. Individual Healthcare Plans</w:t>
      </w:r>
      <w:r>
        <w:tab/>
      </w:r>
      <w:r w:rsidR="00AB262C">
        <w:t>7</w:t>
      </w:r>
    </w:p>
    <w:p w14:paraId="318ABCD4" w14:textId="43055561" w:rsidR="00424A00" w:rsidRDefault="00000000">
      <w:pPr>
        <w:tabs>
          <w:tab w:val="left" w:pos="9432"/>
        </w:tabs>
        <w:spacing w:after="20"/>
      </w:pPr>
      <w:r>
        <w:rPr>
          <w:rFonts w:ascii="Arial" w:hAnsi="Arial"/>
          <w:b/>
          <w:sz w:val="16"/>
        </w:rPr>
        <w:t>9. Admission and Access to Education</w:t>
      </w:r>
      <w:r>
        <w:tab/>
      </w:r>
      <w:r w:rsidR="00AB262C">
        <w:t>9</w:t>
      </w:r>
    </w:p>
    <w:p w14:paraId="327ACF0F" w14:textId="3EA94893" w:rsidR="00424A00" w:rsidRDefault="00000000">
      <w:pPr>
        <w:tabs>
          <w:tab w:val="left" w:pos="9432"/>
        </w:tabs>
        <w:spacing w:after="20"/>
      </w:pPr>
      <w:r>
        <w:rPr>
          <w:rFonts w:ascii="Arial" w:hAnsi="Arial"/>
          <w:b/>
          <w:sz w:val="16"/>
        </w:rPr>
        <w:t>10. Medication and Self-Management</w:t>
      </w:r>
      <w:r>
        <w:tab/>
      </w:r>
      <w:r w:rsidR="00AB262C">
        <w:t>9</w:t>
      </w:r>
    </w:p>
    <w:p w14:paraId="2C663536" w14:textId="7F51FD2D" w:rsidR="00424A00" w:rsidRDefault="00000000">
      <w:pPr>
        <w:tabs>
          <w:tab w:val="left" w:pos="9432"/>
        </w:tabs>
        <w:spacing w:after="20"/>
      </w:pPr>
      <w:r>
        <w:rPr>
          <w:rFonts w:ascii="Arial" w:hAnsi="Arial"/>
          <w:b/>
          <w:sz w:val="16"/>
        </w:rPr>
        <w:t>11. Emergency Medication</w:t>
      </w:r>
      <w:r>
        <w:tab/>
      </w:r>
      <w:r w:rsidR="00AB262C">
        <w:t>9</w:t>
      </w:r>
    </w:p>
    <w:p w14:paraId="68142C63" w14:textId="076A9605" w:rsidR="00424A00" w:rsidRDefault="00000000">
      <w:pPr>
        <w:tabs>
          <w:tab w:val="left" w:pos="9432"/>
        </w:tabs>
        <w:spacing w:after="20"/>
      </w:pPr>
      <w:r>
        <w:rPr>
          <w:rFonts w:ascii="Arial" w:hAnsi="Arial"/>
          <w:b/>
          <w:sz w:val="16"/>
        </w:rPr>
        <w:t>12. Asthma</w:t>
      </w:r>
      <w:r>
        <w:tab/>
      </w:r>
      <w:r w:rsidR="00AB262C">
        <w:t>9</w:t>
      </w:r>
    </w:p>
    <w:p w14:paraId="68F7AEA6" w14:textId="5D1E4909" w:rsidR="00424A00" w:rsidRDefault="00000000">
      <w:pPr>
        <w:tabs>
          <w:tab w:val="left" w:pos="9432"/>
        </w:tabs>
        <w:spacing w:after="20"/>
      </w:pPr>
      <w:r>
        <w:rPr>
          <w:rFonts w:ascii="Arial" w:hAnsi="Arial"/>
          <w:b/>
          <w:sz w:val="16"/>
        </w:rPr>
        <w:t>13. Allergies and Anaphylaxis</w:t>
      </w:r>
      <w:r>
        <w:tab/>
      </w:r>
      <w:r w:rsidR="00AB262C">
        <w:t>10</w:t>
      </w:r>
    </w:p>
    <w:p w14:paraId="00F40A99" w14:textId="7C3847AA" w:rsidR="00424A00" w:rsidRDefault="00000000">
      <w:pPr>
        <w:tabs>
          <w:tab w:val="left" w:pos="9432"/>
        </w:tabs>
        <w:spacing w:after="20"/>
      </w:pPr>
      <w:r>
        <w:rPr>
          <w:rFonts w:ascii="Arial" w:hAnsi="Arial"/>
          <w:b/>
          <w:sz w:val="16"/>
        </w:rPr>
        <w:t>14. Other Medical Conditions</w:t>
      </w:r>
      <w:r>
        <w:tab/>
      </w:r>
      <w:r w:rsidR="00AB262C">
        <w:t>10</w:t>
      </w:r>
    </w:p>
    <w:p w14:paraId="2D473F76" w14:textId="3D155398" w:rsidR="00424A00" w:rsidRDefault="00000000">
      <w:pPr>
        <w:tabs>
          <w:tab w:val="left" w:pos="9432"/>
        </w:tabs>
        <w:spacing w:after="20"/>
      </w:pPr>
      <w:r>
        <w:rPr>
          <w:rFonts w:ascii="Arial" w:hAnsi="Arial"/>
          <w:b/>
          <w:sz w:val="16"/>
        </w:rPr>
        <w:t>15. First Aid and Emergency Response</w:t>
      </w:r>
      <w:r>
        <w:tab/>
      </w:r>
      <w:r w:rsidR="00AB262C">
        <w:t>10</w:t>
      </w:r>
    </w:p>
    <w:p w14:paraId="215A6E55" w14:textId="6386C6A0" w:rsidR="00424A00" w:rsidRDefault="00000000">
      <w:pPr>
        <w:tabs>
          <w:tab w:val="left" w:pos="9432"/>
        </w:tabs>
        <w:spacing w:after="20"/>
      </w:pPr>
      <w:r>
        <w:rPr>
          <w:rFonts w:ascii="Arial" w:hAnsi="Arial"/>
          <w:b/>
          <w:sz w:val="16"/>
        </w:rPr>
        <w:t>16. Staff Training and Competency</w:t>
      </w:r>
      <w:r>
        <w:tab/>
      </w:r>
      <w:r w:rsidR="00AB262C">
        <w:t>11</w:t>
      </w:r>
    </w:p>
    <w:p w14:paraId="25477767" w14:textId="518188C2" w:rsidR="00424A00" w:rsidRDefault="00000000">
      <w:pPr>
        <w:tabs>
          <w:tab w:val="left" w:pos="9432"/>
        </w:tabs>
        <w:spacing w:after="20"/>
      </w:pPr>
      <w:r>
        <w:rPr>
          <w:rFonts w:ascii="Arial" w:hAnsi="Arial"/>
          <w:b/>
          <w:sz w:val="16"/>
        </w:rPr>
        <w:t>17. Confidentiality and Information Sharing</w:t>
      </w:r>
      <w:r>
        <w:tab/>
      </w:r>
      <w:r w:rsidR="00AB262C">
        <w:t>11</w:t>
      </w:r>
    </w:p>
    <w:p w14:paraId="41BC754F" w14:textId="4CC1DEB7" w:rsidR="00424A00" w:rsidRDefault="00000000">
      <w:pPr>
        <w:tabs>
          <w:tab w:val="left" w:pos="9432"/>
        </w:tabs>
        <w:spacing w:after="20"/>
      </w:pPr>
      <w:r>
        <w:rPr>
          <w:rFonts w:ascii="Arial" w:hAnsi="Arial"/>
          <w:b/>
          <w:sz w:val="16"/>
        </w:rPr>
        <w:t>18. Risk Assessments</w:t>
      </w:r>
      <w:r>
        <w:tab/>
      </w:r>
      <w:r w:rsidR="00AB262C">
        <w:t>12</w:t>
      </w:r>
    </w:p>
    <w:p w14:paraId="75ED3372" w14:textId="7AAED249" w:rsidR="00424A00" w:rsidRDefault="00000000">
      <w:pPr>
        <w:tabs>
          <w:tab w:val="left" w:pos="9432"/>
        </w:tabs>
        <w:spacing w:after="20"/>
      </w:pPr>
      <w:r>
        <w:rPr>
          <w:rFonts w:ascii="Arial" w:hAnsi="Arial"/>
          <w:b/>
          <w:sz w:val="16"/>
        </w:rPr>
        <w:t>19. Educational Visits and Off-Site Activities</w:t>
      </w:r>
      <w:r>
        <w:tab/>
      </w:r>
      <w:r w:rsidR="00AB262C">
        <w:t>12</w:t>
      </w:r>
    </w:p>
    <w:p w14:paraId="27DB998C" w14:textId="11017164" w:rsidR="00424A00" w:rsidRDefault="00000000">
      <w:pPr>
        <w:tabs>
          <w:tab w:val="left" w:pos="9432"/>
        </w:tabs>
        <w:spacing w:after="20"/>
      </w:pPr>
      <w:r>
        <w:rPr>
          <w:rFonts w:ascii="Arial" w:hAnsi="Arial"/>
          <w:b/>
          <w:sz w:val="16"/>
        </w:rPr>
        <w:t>20. Physical Activity and Sport</w:t>
      </w:r>
      <w:r>
        <w:tab/>
      </w:r>
      <w:r w:rsidR="00AB262C">
        <w:t>12</w:t>
      </w:r>
    </w:p>
    <w:p w14:paraId="2E9E5060" w14:textId="4A94D311" w:rsidR="00424A00" w:rsidRDefault="00000000">
      <w:pPr>
        <w:tabs>
          <w:tab w:val="left" w:pos="9432"/>
        </w:tabs>
        <w:spacing w:after="20"/>
      </w:pPr>
      <w:r>
        <w:rPr>
          <w:rFonts w:ascii="Arial" w:hAnsi="Arial"/>
          <w:b/>
          <w:sz w:val="16"/>
        </w:rPr>
        <w:t>21. Food, Catering and the Project Challenge Café</w:t>
      </w:r>
      <w:r>
        <w:tab/>
      </w:r>
      <w:r w:rsidR="00AB262C">
        <w:t>13</w:t>
      </w:r>
    </w:p>
    <w:p w14:paraId="0A7E356A" w14:textId="15449A4D" w:rsidR="00424A00" w:rsidRDefault="00000000">
      <w:pPr>
        <w:tabs>
          <w:tab w:val="left" w:pos="9432"/>
        </w:tabs>
        <w:spacing w:after="20"/>
      </w:pPr>
      <w:r>
        <w:rPr>
          <w:rFonts w:ascii="Arial" w:hAnsi="Arial"/>
          <w:b/>
          <w:sz w:val="16"/>
        </w:rPr>
        <w:t>22. Mental Health and Emotional Wellbeing</w:t>
      </w:r>
      <w:r>
        <w:tab/>
      </w:r>
      <w:r w:rsidR="00AB262C">
        <w:t>13</w:t>
      </w:r>
    </w:p>
    <w:p w14:paraId="26D3E260" w14:textId="49866C17" w:rsidR="00424A00" w:rsidRDefault="00000000">
      <w:pPr>
        <w:tabs>
          <w:tab w:val="left" w:pos="9432"/>
        </w:tabs>
        <w:spacing w:after="20"/>
      </w:pPr>
      <w:r>
        <w:rPr>
          <w:rFonts w:ascii="Arial" w:hAnsi="Arial"/>
          <w:b/>
          <w:sz w:val="16"/>
        </w:rPr>
        <w:t>23. Safeguarding</w:t>
      </w:r>
      <w:r>
        <w:tab/>
      </w:r>
      <w:r w:rsidR="00AB262C">
        <w:t>14</w:t>
      </w:r>
    </w:p>
    <w:p w14:paraId="29A03F90" w14:textId="6594CE98" w:rsidR="00424A00" w:rsidRDefault="00000000">
      <w:pPr>
        <w:tabs>
          <w:tab w:val="left" w:pos="9432"/>
        </w:tabs>
        <w:spacing w:after="20"/>
      </w:pPr>
      <w:r>
        <w:rPr>
          <w:rFonts w:ascii="Arial" w:hAnsi="Arial"/>
          <w:b/>
          <w:sz w:val="16"/>
        </w:rPr>
        <w:t>24. Equality, Inclusion and Reasonable Adjustments</w:t>
      </w:r>
      <w:r>
        <w:tab/>
      </w:r>
      <w:r w:rsidR="00AB262C">
        <w:t>14</w:t>
      </w:r>
    </w:p>
    <w:p w14:paraId="03B3441E" w14:textId="15F6D0E5" w:rsidR="00424A00" w:rsidRDefault="00000000">
      <w:pPr>
        <w:tabs>
          <w:tab w:val="left" w:pos="9432"/>
        </w:tabs>
        <w:spacing w:after="20"/>
      </w:pPr>
      <w:r>
        <w:rPr>
          <w:rFonts w:ascii="Arial" w:hAnsi="Arial"/>
          <w:b/>
          <w:sz w:val="16"/>
        </w:rPr>
        <w:t>25. Attendance and Medical Appointments</w:t>
      </w:r>
      <w:r>
        <w:tab/>
      </w:r>
      <w:r w:rsidR="00AB262C">
        <w:t>14</w:t>
      </w:r>
    </w:p>
    <w:p w14:paraId="0F48ED59" w14:textId="1AF5C3C3" w:rsidR="00424A00" w:rsidRDefault="00000000">
      <w:pPr>
        <w:tabs>
          <w:tab w:val="left" w:pos="9432"/>
        </w:tabs>
        <w:spacing w:after="20"/>
      </w:pPr>
      <w:r>
        <w:rPr>
          <w:rFonts w:ascii="Arial" w:hAnsi="Arial"/>
          <w:b/>
          <w:sz w:val="16"/>
        </w:rPr>
        <w:t>26. Recording and Reporting Incidents</w:t>
      </w:r>
      <w:r>
        <w:tab/>
      </w:r>
      <w:r w:rsidR="00AB262C">
        <w:t>15</w:t>
      </w:r>
    </w:p>
    <w:p w14:paraId="7BC61684" w14:textId="4EACE50A" w:rsidR="00424A00" w:rsidRDefault="00000000">
      <w:pPr>
        <w:tabs>
          <w:tab w:val="left" w:pos="9432"/>
        </w:tabs>
        <w:spacing w:after="20"/>
      </w:pPr>
      <w:r>
        <w:rPr>
          <w:rFonts w:ascii="Arial" w:hAnsi="Arial"/>
          <w:b/>
          <w:sz w:val="16"/>
        </w:rPr>
        <w:t>27. Medication Errors and Incidents</w:t>
      </w:r>
      <w:r>
        <w:tab/>
      </w:r>
      <w:r w:rsidR="00AB262C">
        <w:t>15</w:t>
      </w:r>
    </w:p>
    <w:p w14:paraId="795AC614" w14:textId="5980F16B" w:rsidR="00424A00" w:rsidRDefault="00000000">
      <w:pPr>
        <w:tabs>
          <w:tab w:val="left" w:pos="9432"/>
        </w:tabs>
        <w:spacing w:after="20"/>
      </w:pPr>
      <w:r>
        <w:rPr>
          <w:rFonts w:ascii="Arial" w:hAnsi="Arial"/>
          <w:b/>
          <w:sz w:val="16"/>
        </w:rPr>
        <w:t>28. Insurance and Liability</w:t>
      </w:r>
      <w:r>
        <w:tab/>
      </w:r>
      <w:r w:rsidR="00AB262C">
        <w:t>15</w:t>
      </w:r>
    </w:p>
    <w:p w14:paraId="2A6DDE56" w14:textId="04D830BE" w:rsidR="00424A00" w:rsidRDefault="00000000">
      <w:pPr>
        <w:tabs>
          <w:tab w:val="left" w:pos="9432"/>
        </w:tabs>
        <w:spacing w:after="20"/>
      </w:pPr>
      <w:r>
        <w:rPr>
          <w:rFonts w:ascii="Arial" w:hAnsi="Arial"/>
          <w:b/>
          <w:sz w:val="16"/>
        </w:rPr>
        <w:t>29. Complaints and Concerns</w:t>
      </w:r>
      <w:r>
        <w:tab/>
      </w:r>
      <w:r w:rsidR="00AB262C">
        <w:t>16</w:t>
      </w:r>
    </w:p>
    <w:p w14:paraId="53F74077" w14:textId="4E6330D4" w:rsidR="00424A00" w:rsidRDefault="00000000">
      <w:pPr>
        <w:tabs>
          <w:tab w:val="left" w:pos="9432"/>
        </w:tabs>
        <w:spacing w:after="20"/>
      </w:pPr>
      <w:r>
        <w:rPr>
          <w:rFonts w:ascii="Arial" w:hAnsi="Arial"/>
          <w:b/>
          <w:sz w:val="16"/>
        </w:rPr>
        <w:t>30. Review of the Policy</w:t>
      </w:r>
      <w:r>
        <w:tab/>
      </w:r>
      <w:r w:rsidR="00AB262C">
        <w:t>16</w:t>
      </w:r>
    </w:p>
    <w:p w14:paraId="4F70EA0C" w14:textId="2F58C28B" w:rsidR="00424A00" w:rsidRDefault="00000000">
      <w:pPr>
        <w:tabs>
          <w:tab w:val="left" w:pos="9432"/>
        </w:tabs>
        <w:spacing w:after="20"/>
      </w:pPr>
      <w:r>
        <w:rPr>
          <w:rFonts w:ascii="Arial" w:hAnsi="Arial"/>
          <w:b/>
          <w:sz w:val="16"/>
        </w:rPr>
        <w:t>PROJECT CHALLENGE'S COMMITMENT</w:t>
      </w:r>
      <w:r>
        <w:tab/>
        <w:t>1</w:t>
      </w:r>
      <w:r w:rsidR="00AB262C">
        <w:t>7</w:t>
      </w:r>
    </w:p>
    <w:p w14:paraId="39CFBFE0" w14:textId="77777777" w:rsidR="00424A00" w:rsidRDefault="00000000">
      <w:r>
        <w:br w:type="page"/>
      </w:r>
    </w:p>
    <w:p w14:paraId="6C2D11BF" w14:textId="77777777" w:rsidR="00424A00" w:rsidRDefault="00000000">
      <w:pPr>
        <w:pStyle w:val="Heading1"/>
      </w:pPr>
      <w:r>
        <w:lastRenderedPageBreak/>
        <w:t>1. SCOPE</w:t>
      </w:r>
    </w:p>
    <w:p w14:paraId="180ECC11" w14:textId="77777777" w:rsidR="00424A00" w:rsidRDefault="00000000">
      <w:r>
        <w:t>This policy applies to all Project Challenge employees, volunteers, trustees and any other adults working with or supporting learners.</w:t>
      </w:r>
    </w:p>
    <w:p w14:paraId="0AB76F70" w14:textId="77777777" w:rsidR="00424A00" w:rsidRDefault="00000000">
      <w:r>
        <w:t>It applies to all learners attending Project Challenge, including learners with:</w:t>
      </w:r>
    </w:p>
    <w:p w14:paraId="3A3AC533" w14:textId="77777777" w:rsidR="00424A00" w:rsidRDefault="00000000">
      <w:pPr>
        <w:pStyle w:val="ListBullet"/>
      </w:pPr>
      <w:r>
        <w:t>Asthma.</w:t>
      </w:r>
    </w:p>
    <w:p w14:paraId="7BAC0120" w14:textId="77777777" w:rsidR="00424A00" w:rsidRDefault="00000000">
      <w:pPr>
        <w:pStyle w:val="ListBullet"/>
      </w:pPr>
      <w:r>
        <w:t>Allergies and anaphylaxis.</w:t>
      </w:r>
    </w:p>
    <w:p w14:paraId="10B43365" w14:textId="77777777" w:rsidR="00424A00" w:rsidRDefault="00000000">
      <w:pPr>
        <w:pStyle w:val="ListBullet"/>
      </w:pPr>
      <w:r>
        <w:t>Diabetes.</w:t>
      </w:r>
    </w:p>
    <w:p w14:paraId="6C246C73" w14:textId="77777777" w:rsidR="00424A00" w:rsidRDefault="00000000">
      <w:pPr>
        <w:pStyle w:val="ListBullet"/>
      </w:pPr>
      <w:r>
        <w:t>Epilepsy.</w:t>
      </w:r>
    </w:p>
    <w:p w14:paraId="4C6171E9" w14:textId="77777777" w:rsidR="00424A00" w:rsidRDefault="00000000">
      <w:pPr>
        <w:pStyle w:val="ListBullet"/>
      </w:pPr>
      <w:r>
        <w:t>Physical disabilities or medical conditions.</w:t>
      </w:r>
    </w:p>
    <w:p w14:paraId="515BD455" w14:textId="77777777" w:rsidR="00424A00" w:rsidRDefault="00000000">
      <w:pPr>
        <w:pStyle w:val="ListBullet"/>
      </w:pPr>
      <w:r>
        <w:t>Long-term health conditions.</w:t>
      </w:r>
    </w:p>
    <w:p w14:paraId="4AED8ECE" w14:textId="77777777" w:rsidR="00424A00" w:rsidRDefault="00000000">
      <w:pPr>
        <w:pStyle w:val="ListBullet"/>
      </w:pPr>
      <w:r>
        <w:t>Short-term medical conditions.</w:t>
      </w:r>
    </w:p>
    <w:p w14:paraId="168C4B15" w14:textId="77777777" w:rsidR="00424A00" w:rsidRDefault="00000000">
      <w:pPr>
        <w:pStyle w:val="ListBullet"/>
      </w:pPr>
      <w:r>
        <w:t>Mental health conditions.</w:t>
      </w:r>
    </w:p>
    <w:p w14:paraId="1F291ABB" w14:textId="77777777" w:rsidR="00424A00" w:rsidRDefault="00000000">
      <w:pPr>
        <w:pStyle w:val="ListBullet"/>
      </w:pPr>
      <w:r>
        <w:t>Conditions requiring emergency medication.</w:t>
      </w:r>
    </w:p>
    <w:p w14:paraId="06F330F5" w14:textId="77777777" w:rsidR="00424A00" w:rsidRDefault="00000000">
      <w:pPr>
        <w:pStyle w:val="ListBullet"/>
      </w:pPr>
      <w:r>
        <w:t>Conditions requiring reasonable adjustments or additional support.</w:t>
      </w:r>
    </w:p>
    <w:p w14:paraId="3AA9E33F" w14:textId="77777777" w:rsidR="00424A00" w:rsidRDefault="00000000">
      <w:pPr>
        <w:pStyle w:val="ListBullet"/>
      </w:pPr>
      <w:r>
        <w:t>The policy applies to all Project Challenge activities and environments, including:</w:t>
      </w:r>
    </w:p>
    <w:p w14:paraId="227FC33A" w14:textId="77777777" w:rsidR="00424A00" w:rsidRDefault="00000000">
      <w:pPr>
        <w:pStyle w:val="ListBullet"/>
      </w:pPr>
      <w:r>
        <w:t>Teaching and learning.</w:t>
      </w:r>
    </w:p>
    <w:p w14:paraId="1A714BA9" w14:textId="77777777" w:rsidR="00424A00" w:rsidRDefault="00000000">
      <w:pPr>
        <w:pStyle w:val="ListBullet"/>
      </w:pPr>
      <w:r>
        <w:t>The Project Challenge Café.</w:t>
      </w:r>
    </w:p>
    <w:p w14:paraId="07703FBB" w14:textId="77777777" w:rsidR="00424A00" w:rsidRDefault="00000000">
      <w:pPr>
        <w:pStyle w:val="ListBullet"/>
      </w:pPr>
      <w:r>
        <w:t>Practical activities.</w:t>
      </w:r>
    </w:p>
    <w:p w14:paraId="78499849" w14:textId="77777777" w:rsidR="00424A00" w:rsidRDefault="00000000">
      <w:pPr>
        <w:pStyle w:val="ListBullet"/>
      </w:pPr>
      <w:r>
        <w:t>Outdoor activities.</w:t>
      </w:r>
    </w:p>
    <w:p w14:paraId="3A6420EE" w14:textId="77777777" w:rsidR="00424A00" w:rsidRDefault="00000000">
      <w:pPr>
        <w:pStyle w:val="ListBullet"/>
      </w:pPr>
      <w:r>
        <w:t>Physical activity and sport.</w:t>
      </w:r>
    </w:p>
    <w:p w14:paraId="2E502068" w14:textId="77777777" w:rsidR="00424A00" w:rsidRDefault="00000000">
      <w:pPr>
        <w:pStyle w:val="ListBullet"/>
      </w:pPr>
      <w:r>
        <w:t>Educational visits.</w:t>
      </w:r>
    </w:p>
    <w:p w14:paraId="52F7F65E" w14:textId="77777777" w:rsidR="00424A00" w:rsidRDefault="00000000">
      <w:pPr>
        <w:pStyle w:val="ListBullet"/>
      </w:pPr>
      <w:r>
        <w:t>Trips and excursions.</w:t>
      </w:r>
    </w:p>
    <w:p w14:paraId="0DB36405" w14:textId="77777777" w:rsidR="00424A00" w:rsidRDefault="00000000">
      <w:pPr>
        <w:pStyle w:val="ListBullet"/>
      </w:pPr>
      <w:r>
        <w:t>Work experience.</w:t>
      </w:r>
    </w:p>
    <w:p w14:paraId="3610CE90" w14:textId="77777777" w:rsidR="00424A00" w:rsidRDefault="00000000">
      <w:pPr>
        <w:pStyle w:val="ListBullet"/>
      </w:pPr>
      <w:r>
        <w:t>Community activities.</w:t>
      </w:r>
    </w:p>
    <w:p w14:paraId="3DD12D60" w14:textId="77777777" w:rsidR="00424A00" w:rsidRDefault="00000000">
      <w:pPr>
        <w:pStyle w:val="ListBullet"/>
      </w:pPr>
      <w:r>
        <w:t>Off-site learning.</w:t>
      </w:r>
    </w:p>
    <w:p w14:paraId="1CC68528" w14:textId="77777777" w:rsidR="00424A00" w:rsidRDefault="00000000">
      <w:pPr>
        <w:pStyle w:val="ListBullet"/>
      </w:pPr>
      <w:r>
        <w:t>This policy should be read alongside:</w:t>
      </w:r>
    </w:p>
    <w:p w14:paraId="06EF1BBD" w14:textId="77777777" w:rsidR="00424A00" w:rsidRDefault="00000000">
      <w:pPr>
        <w:pStyle w:val="ListBullet"/>
      </w:pPr>
      <w:r>
        <w:t>Medication Policy.</w:t>
      </w:r>
    </w:p>
    <w:p w14:paraId="1E07CAB9" w14:textId="77777777" w:rsidR="00424A00" w:rsidRDefault="00000000">
      <w:pPr>
        <w:pStyle w:val="ListBullet"/>
      </w:pPr>
      <w:r>
        <w:t>Individual Healthcare Plan (IHP).</w:t>
      </w:r>
    </w:p>
    <w:p w14:paraId="2BF8E35D" w14:textId="77777777" w:rsidR="00424A00" w:rsidRDefault="00000000">
      <w:pPr>
        <w:pStyle w:val="ListBullet"/>
      </w:pPr>
      <w:r>
        <w:t>Asthma Policy.</w:t>
      </w:r>
    </w:p>
    <w:p w14:paraId="06373D8E" w14:textId="77777777" w:rsidR="00424A00" w:rsidRDefault="00000000">
      <w:pPr>
        <w:pStyle w:val="ListBullet"/>
      </w:pPr>
      <w:r>
        <w:t>Allergy and Anaphylaxis Policy.</w:t>
      </w:r>
    </w:p>
    <w:p w14:paraId="1041311A" w14:textId="77777777" w:rsidR="00424A00" w:rsidRDefault="00000000">
      <w:pPr>
        <w:pStyle w:val="ListBullet"/>
      </w:pPr>
      <w:r>
        <w:t>First Aid Policy.</w:t>
      </w:r>
    </w:p>
    <w:p w14:paraId="300574FC" w14:textId="77777777" w:rsidR="00424A00" w:rsidRDefault="00000000">
      <w:pPr>
        <w:pStyle w:val="ListBullet"/>
      </w:pPr>
      <w:r>
        <w:t>Safeguarding and Child Protection Policy.</w:t>
      </w:r>
    </w:p>
    <w:p w14:paraId="5C65A669" w14:textId="77777777" w:rsidR="00424A00" w:rsidRDefault="00000000">
      <w:pPr>
        <w:pStyle w:val="ListBullet"/>
      </w:pPr>
      <w:r>
        <w:t>Health and Safety Policy.</w:t>
      </w:r>
    </w:p>
    <w:p w14:paraId="42ADF332" w14:textId="77777777" w:rsidR="00424A00" w:rsidRDefault="00000000">
      <w:pPr>
        <w:pStyle w:val="ListBullet"/>
      </w:pPr>
      <w:r>
        <w:t>SEND and Inclusion Policy.</w:t>
      </w:r>
    </w:p>
    <w:p w14:paraId="265791F8" w14:textId="77777777" w:rsidR="00424A00" w:rsidRDefault="00000000">
      <w:pPr>
        <w:pStyle w:val="ListBullet"/>
      </w:pPr>
      <w:r>
        <w:t>Equality and Diversity Policy.</w:t>
      </w:r>
    </w:p>
    <w:p w14:paraId="0887918B" w14:textId="77777777" w:rsidR="00424A00" w:rsidRDefault="00000000">
      <w:pPr>
        <w:pStyle w:val="ListBullet"/>
      </w:pPr>
      <w:r>
        <w:t>Educational Visits and Off-Site Activities procedures.</w:t>
      </w:r>
    </w:p>
    <w:p w14:paraId="53E728AF" w14:textId="77777777" w:rsidR="00424A00" w:rsidRDefault="00000000">
      <w:pPr>
        <w:pStyle w:val="ListBullet"/>
      </w:pPr>
      <w:r>
        <w:t>Food Hygiene and Food Safety procedures.</w:t>
      </w:r>
    </w:p>
    <w:p w14:paraId="0419BDA8" w14:textId="77777777" w:rsidR="0016734A" w:rsidRDefault="0016734A">
      <w:pPr>
        <w:pStyle w:val="Heading1"/>
      </w:pPr>
    </w:p>
    <w:p w14:paraId="66109B56" w14:textId="68F7C3A7" w:rsidR="00424A00" w:rsidRDefault="00000000">
      <w:pPr>
        <w:pStyle w:val="Heading1"/>
      </w:pPr>
      <w:r>
        <w:t>2. INTRODUCTION</w:t>
      </w:r>
    </w:p>
    <w:p w14:paraId="26242350" w14:textId="77777777" w:rsidR="00424A00" w:rsidRDefault="00000000">
      <w:r>
        <w:t>Project Challenge recognises that learners with medical conditions may require additional support to access education safely and successfully.</w:t>
      </w:r>
    </w:p>
    <w:p w14:paraId="536B6B35" w14:textId="77777777" w:rsidR="00424A00" w:rsidRDefault="00000000">
      <w:r>
        <w:t>A medical condition should not, wherever reasonably possible, prevent a learner from participating in education, activities, trips or wider opportunities.</w:t>
      </w:r>
    </w:p>
    <w:p w14:paraId="5AFCC477" w14:textId="77777777" w:rsidR="00424A00" w:rsidRDefault="00000000">
      <w:r>
        <w:t>Project Challenge is committed to creating an inclusive environment where learners with medical conditions are treated with dignity, respect and understanding.</w:t>
      </w:r>
    </w:p>
    <w:p w14:paraId="2E09FEDF" w14:textId="77777777" w:rsidR="00424A00" w:rsidRDefault="00000000">
      <w:r>
        <w:t>The organisation recognises that learners aged 14–19 may be increasingly capable of managing their own health needs.</w:t>
      </w:r>
    </w:p>
    <w:p w14:paraId="50836B3B" w14:textId="77777777" w:rsidR="00424A00" w:rsidRDefault="00000000">
      <w:r>
        <w:t>Project Challenge will therefore promote independence, self-management and personal responsibility wherever this is safe and appropriate.</w:t>
      </w:r>
    </w:p>
    <w:p w14:paraId="5CB59571" w14:textId="77777777" w:rsidR="00424A00" w:rsidRDefault="00000000">
      <w:r>
        <w:t>The organisation will provide appropriate support for learners who require assistance, whilst recognising that staff are not medical professionals and should not be expected to undertake duties outside their training, competence or role.</w:t>
      </w:r>
    </w:p>
    <w:p w14:paraId="3D32F62E" w14:textId="77777777" w:rsidR="00424A00" w:rsidRDefault="00000000">
      <w:pPr>
        <w:pStyle w:val="Heading1"/>
      </w:pPr>
      <w:r>
        <w:t>3. POLICY STATEMENT</w:t>
      </w:r>
    </w:p>
    <w:p w14:paraId="671B0C4A" w14:textId="77777777" w:rsidR="00424A00" w:rsidRDefault="00000000">
      <w:r>
        <w:t>Project Challenge is committed to supporting learners with medical conditions so that they can:</w:t>
      </w:r>
    </w:p>
    <w:p w14:paraId="13B35AF6" w14:textId="77777777" w:rsidR="00424A00" w:rsidRDefault="00000000">
      <w:pPr>
        <w:pStyle w:val="ListBullet"/>
      </w:pPr>
      <w:r>
        <w:t>Access education safely.</w:t>
      </w:r>
    </w:p>
    <w:p w14:paraId="62B54E4E" w14:textId="77777777" w:rsidR="00424A00" w:rsidRDefault="00000000">
      <w:pPr>
        <w:pStyle w:val="ListBullet"/>
      </w:pPr>
      <w:r>
        <w:t>Participate fully in learning.</w:t>
      </w:r>
    </w:p>
    <w:p w14:paraId="6089F65A" w14:textId="77777777" w:rsidR="00424A00" w:rsidRDefault="00000000">
      <w:pPr>
        <w:pStyle w:val="ListBullet"/>
      </w:pPr>
      <w:r>
        <w:t>Participate in activities and educational visits.</w:t>
      </w:r>
    </w:p>
    <w:p w14:paraId="27BCC9BE" w14:textId="77777777" w:rsidR="00424A00" w:rsidRDefault="00000000">
      <w:pPr>
        <w:pStyle w:val="ListBullet"/>
      </w:pPr>
      <w:r>
        <w:t>Develop independence and self-management skills.</w:t>
      </w:r>
    </w:p>
    <w:p w14:paraId="109438D8" w14:textId="77777777" w:rsidR="00424A00" w:rsidRDefault="00000000">
      <w:pPr>
        <w:pStyle w:val="ListBullet"/>
      </w:pPr>
      <w:r>
        <w:t>Access appropriate medical and emergency support.</w:t>
      </w:r>
    </w:p>
    <w:p w14:paraId="21558080" w14:textId="77777777" w:rsidR="00424A00" w:rsidRDefault="00000000">
      <w:pPr>
        <w:pStyle w:val="ListBullet"/>
      </w:pPr>
      <w:r>
        <w:t>Receive reasonable adjustments where required.</w:t>
      </w:r>
    </w:p>
    <w:p w14:paraId="682F73A8" w14:textId="77777777" w:rsidR="00424A00" w:rsidRDefault="00000000">
      <w:pPr>
        <w:pStyle w:val="ListBullet"/>
      </w:pPr>
      <w:r>
        <w:t>Feel safe, included and respected.</w:t>
      </w:r>
    </w:p>
    <w:p w14:paraId="7F74E6F8" w14:textId="77777777" w:rsidR="00424A00" w:rsidRDefault="00000000">
      <w:pPr>
        <w:pStyle w:val="ListBullet"/>
      </w:pPr>
      <w:r>
        <w:t>Project Challenge will work collaboratively with:</w:t>
      </w:r>
    </w:p>
    <w:p w14:paraId="42CDAA5C" w14:textId="77777777" w:rsidR="00424A00" w:rsidRDefault="00000000">
      <w:pPr>
        <w:pStyle w:val="ListBullet"/>
      </w:pPr>
      <w:r>
        <w:t>Learners.</w:t>
      </w:r>
    </w:p>
    <w:p w14:paraId="670D6569" w14:textId="77777777" w:rsidR="00424A00" w:rsidRDefault="00000000">
      <w:pPr>
        <w:pStyle w:val="ListBullet"/>
      </w:pPr>
      <w:r>
        <w:t>Parents and carers.</w:t>
      </w:r>
    </w:p>
    <w:p w14:paraId="07F84CC2" w14:textId="77777777" w:rsidR="00424A00" w:rsidRDefault="00000000">
      <w:pPr>
        <w:pStyle w:val="ListBullet"/>
      </w:pPr>
      <w:r>
        <w:t>Healthcare professionals.</w:t>
      </w:r>
    </w:p>
    <w:p w14:paraId="5BA55942" w14:textId="77777777" w:rsidR="00424A00" w:rsidRDefault="00000000">
      <w:pPr>
        <w:pStyle w:val="ListBullet"/>
      </w:pPr>
      <w:r>
        <w:t>Schools.</w:t>
      </w:r>
    </w:p>
    <w:p w14:paraId="715E2E50" w14:textId="77777777" w:rsidR="00424A00" w:rsidRDefault="00000000">
      <w:pPr>
        <w:pStyle w:val="ListBullet"/>
      </w:pPr>
      <w:r>
        <w:t>Local authorities.</w:t>
      </w:r>
    </w:p>
    <w:p w14:paraId="45239E23" w14:textId="77777777" w:rsidR="00424A00" w:rsidRDefault="00000000">
      <w:pPr>
        <w:pStyle w:val="ListBullet"/>
      </w:pPr>
      <w:r>
        <w:t>Other education providers.</w:t>
      </w:r>
    </w:p>
    <w:p w14:paraId="02766DED" w14:textId="77777777" w:rsidR="00424A00" w:rsidRDefault="00000000">
      <w:pPr>
        <w:pStyle w:val="ListBullet"/>
      </w:pPr>
      <w:r>
        <w:t>External agencies.</w:t>
      </w:r>
    </w:p>
    <w:p w14:paraId="1463BBF9" w14:textId="77777777" w:rsidR="00424A00" w:rsidRDefault="00000000">
      <w:pPr>
        <w:pStyle w:val="ListBullet"/>
      </w:pPr>
      <w:r>
        <w:t>Project Challenge recognises that every learner is different.</w:t>
      </w:r>
    </w:p>
    <w:p w14:paraId="512EECA4" w14:textId="77777777" w:rsidR="00424A00" w:rsidRDefault="00000000">
      <w:pPr>
        <w:pStyle w:val="ListBullet"/>
      </w:pPr>
      <w:r>
        <w:t>Support will therefore be based on the learner's individual needs rather than a one-size-fits-all approach.</w:t>
      </w:r>
    </w:p>
    <w:p w14:paraId="10392E5E" w14:textId="77777777" w:rsidR="00424A00" w:rsidRDefault="00000000">
      <w:pPr>
        <w:pStyle w:val="Heading1"/>
      </w:pPr>
      <w:r>
        <w:lastRenderedPageBreak/>
        <w:t>4. AIMS AND OBJECTIVES</w:t>
      </w:r>
    </w:p>
    <w:p w14:paraId="7CB47701" w14:textId="77777777" w:rsidR="00424A00" w:rsidRDefault="00000000">
      <w:r>
        <w:t>The aims of this policy are to:</w:t>
      </w:r>
    </w:p>
    <w:p w14:paraId="32465DAC" w14:textId="77777777" w:rsidR="00424A00" w:rsidRDefault="00000000">
      <w:pPr>
        <w:pStyle w:val="ListBullet"/>
      </w:pPr>
      <w:r>
        <w:t>Identify learners with medical conditions at the earliest opportunity.</w:t>
      </w:r>
    </w:p>
    <w:p w14:paraId="50845026" w14:textId="77777777" w:rsidR="00424A00" w:rsidRDefault="00000000">
      <w:pPr>
        <w:pStyle w:val="ListBullet"/>
      </w:pPr>
      <w:r>
        <w:t>Understand the individual needs of learners.</w:t>
      </w:r>
    </w:p>
    <w:p w14:paraId="7F039246" w14:textId="77777777" w:rsidR="00424A00" w:rsidRDefault="00000000">
      <w:pPr>
        <w:pStyle w:val="ListBullet"/>
      </w:pPr>
      <w:r>
        <w:t>Develop Individual Healthcare Plans where required.</w:t>
      </w:r>
    </w:p>
    <w:p w14:paraId="470F8AC7" w14:textId="77777777" w:rsidR="00424A00" w:rsidRDefault="00000000">
      <w:pPr>
        <w:pStyle w:val="ListBullet"/>
      </w:pPr>
      <w:r>
        <w:t>Promote learner independence.</w:t>
      </w:r>
    </w:p>
    <w:p w14:paraId="3A4BDE2B" w14:textId="77777777" w:rsidR="00424A00" w:rsidRDefault="00000000">
      <w:pPr>
        <w:pStyle w:val="ListBullet"/>
      </w:pPr>
      <w:r>
        <w:t>Support learners to manage their own medical conditions wherever safe.</w:t>
      </w:r>
    </w:p>
    <w:p w14:paraId="0B96E45A" w14:textId="77777777" w:rsidR="00424A00" w:rsidRDefault="00000000">
      <w:pPr>
        <w:pStyle w:val="ListBullet"/>
      </w:pPr>
      <w:r>
        <w:t>Ensure appropriate emergency procedures are in place.</w:t>
      </w:r>
    </w:p>
    <w:p w14:paraId="36C3042C" w14:textId="77777777" w:rsidR="00424A00" w:rsidRDefault="00000000">
      <w:pPr>
        <w:pStyle w:val="ListBullet"/>
      </w:pPr>
      <w:r>
        <w:t>Ensure staff understand their responsibilities.</w:t>
      </w:r>
    </w:p>
    <w:p w14:paraId="7283DDA7" w14:textId="77777777" w:rsidR="00424A00" w:rsidRDefault="00000000">
      <w:pPr>
        <w:pStyle w:val="ListBullet"/>
      </w:pPr>
      <w:r>
        <w:t>Ensure appropriate staff training is provided.</w:t>
      </w:r>
    </w:p>
    <w:p w14:paraId="47DB4F6C" w14:textId="77777777" w:rsidR="00424A00" w:rsidRDefault="00000000">
      <w:pPr>
        <w:pStyle w:val="ListBullet"/>
      </w:pPr>
      <w:r>
        <w:t>Enable learners to participate fully in education and activities.</w:t>
      </w:r>
    </w:p>
    <w:p w14:paraId="4382B089" w14:textId="77777777" w:rsidR="00424A00" w:rsidRDefault="00000000">
      <w:pPr>
        <w:pStyle w:val="ListBullet"/>
      </w:pPr>
      <w:r>
        <w:t>Reduce avoidable health and safety risks.</w:t>
      </w:r>
    </w:p>
    <w:p w14:paraId="07BB4A7E" w14:textId="77777777" w:rsidR="00424A00" w:rsidRDefault="00000000">
      <w:pPr>
        <w:pStyle w:val="ListBullet"/>
      </w:pPr>
      <w:r>
        <w:t>Ensure appropriate reasonable adjustments are considered.</w:t>
      </w:r>
    </w:p>
    <w:p w14:paraId="37258BA1" w14:textId="77777777" w:rsidR="00424A00" w:rsidRDefault="00000000">
      <w:pPr>
        <w:pStyle w:val="ListBullet"/>
      </w:pPr>
      <w:r>
        <w:t>Ensure medical information is handled confidentially.</w:t>
      </w:r>
    </w:p>
    <w:p w14:paraId="366A80BF" w14:textId="77777777" w:rsidR="00424A00" w:rsidRDefault="00000000">
      <w:pPr>
        <w:pStyle w:val="ListBullet"/>
      </w:pPr>
      <w:r>
        <w:t>Ensure effective communication with parents/carers and healthcare professionals.</w:t>
      </w:r>
    </w:p>
    <w:p w14:paraId="2ED9F063" w14:textId="77777777" w:rsidR="00424A00" w:rsidRDefault="00000000">
      <w:pPr>
        <w:pStyle w:val="ListBullet"/>
      </w:pPr>
      <w:r>
        <w:t>Ensure medical incidents are appropriately recorded and reviewed.</w:t>
      </w:r>
    </w:p>
    <w:p w14:paraId="79E7C700" w14:textId="77777777" w:rsidR="00424A00" w:rsidRDefault="00000000">
      <w:pPr>
        <w:pStyle w:val="Heading1"/>
      </w:pPr>
      <w:r>
        <w:t>5. DEFINITION OF A MEDICAL CONDITION</w:t>
      </w:r>
    </w:p>
    <w:p w14:paraId="4BCA3E50" w14:textId="77777777" w:rsidR="00424A00" w:rsidRDefault="00000000">
      <w:r>
        <w:t>A medical condition may include any physical or mental health condition that affects a learner's health, wellbeing or ability to access education.</w:t>
      </w:r>
    </w:p>
    <w:p w14:paraId="28C571E2" w14:textId="77777777" w:rsidR="00424A00" w:rsidRDefault="00000000">
      <w:r>
        <w:t>Examples may include:</w:t>
      </w:r>
    </w:p>
    <w:p w14:paraId="39AEB761" w14:textId="77777777" w:rsidR="00424A00" w:rsidRDefault="00000000">
      <w:pPr>
        <w:pStyle w:val="ListBullet"/>
      </w:pPr>
      <w:r>
        <w:t>Asthma.</w:t>
      </w:r>
    </w:p>
    <w:p w14:paraId="7EBDDAA1" w14:textId="77777777" w:rsidR="00424A00" w:rsidRDefault="00000000">
      <w:pPr>
        <w:pStyle w:val="ListBullet"/>
      </w:pPr>
      <w:r>
        <w:t>Allergies.</w:t>
      </w:r>
    </w:p>
    <w:p w14:paraId="54793CE3" w14:textId="77777777" w:rsidR="00424A00" w:rsidRDefault="00000000">
      <w:pPr>
        <w:pStyle w:val="ListBullet"/>
      </w:pPr>
      <w:r>
        <w:t>Anaphylaxis.</w:t>
      </w:r>
    </w:p>
    <w:p w14:paraId="4A21A79B" w14:textId="77777777" w:rsidR="00424A00" w:rsidRDefault="00000000">
      <w:pPr>
        <w:pStyle w:val="ListBullet"/>
      </w:pPr>
      <w:r>
        <w:t>Diabetes.</w:t>
      </w:r>
    </w:p>
    <w:p w14:paraId="0827C8AB" w14:textId="77777777" w:rsidR="00424A00" w:rsidRDefault="00000000">
      <w:pPr>
        <w:pStyle w:val="ListBullet"/>
      </w:pPr>
      <w:r>
        <w:t>Epilepsy.</w:t>
      </w:r>
    </w:p>
    <w:p w14:paraId="7949F60D" w14:textId="77777777" w:rsidR="00424A00" w:rsidRDefault="00000000">
      <w:pPr>
        <w:pStyle w:val="ListBullet"/>
      </w:pPr>
      <w:r>
        <w:t>Seizure disorders.</w:t>
      </w:r>
    </w:p>
    <w:p w14:paraId="257137D3" w14:textId="77777777" w:rsidR="00424A00" w:rsidRDefault="00000000">
      <w:pPr>
        <w:pStyle w:val="ListBullet"/>
      </w:pPr>
      <w:r>
        <w:t>Heart conditions.</w:t>
      </w:r>
    </w:p>
    <w:p w14:paraId="03777119" w14:textId="77777777" w:rsidR="00424A00" w:rsidRDefault="00000000">
      <w:pPr>
        <w:pStyle w:val="ListBullet"/>
      </w:pPr>
      <w:r>
        <w:t>Physical disabilities.</w:t>
      </w:r>
    </w:p>
    <w:p w14:paraId="183A7E96" w14:textId="77777777" w:rsidR="00424A00" w:rsidRDefault="00000000">
      <w:pPr>
        <w:pStyle w:val="ListBullet"/>
      </w:pPr>
      <w:r>
        <w:t>Long-term illnesses.</w:t>
      </w:r>
    </w:p>
    <w:p w14:paraId="1717044E" w14:textId="77777777" w:rsidR="00424A00" w:rsidRDefault="00000000">
      <w:pPr>
        <w:pStyle w:val="ListBullet"/>
      </w:pPr>
      <w:r>
        <w:t>Mental health conditions.</w:t>
      </w:r>
    </w:p>
    <w:p w14:paraId="690CE692" w14:textId="77777777" w:rsidR="00424A00" w:rsidRDefault="00000000">
      <w:pPr>
        <w:pStyle w:val="ListBullet"/>
      </w:pPr>
      <w:r>
        <w:t>Conditions requiring medication.</w:t>
      </w:r>
    </w:p>
    <w:p w14:paraId="2EF65EC2" w14:textId="77777777" w:rsidR="00424A00" w:rsidRDefault="00000000">
      <w:pPr>
        <w:pStyle w:val="ListBullet"/>
      </w:pPr>
      <w:r>
        <w:t>Conditions requiring emergency treatment.</w:t>
      </w:r>
    </w:p>
    <w:p w14:paraId="3C9E0BA6" w14:textId="77777777" w:rsidR="00424A00" w:rsidRDefault="00000000">
      <w:pPr>
        <w:pStyle w:val="ListBullet"/>
      </w:pPr>
      <w:r>
        <w:t>Medical conditions may be:</w:t>
      </w:r>
    </w:p>
    <w:p w14:paraId="1631AA9C" w14:textId="77777777" w:rsidR="00424A00" w:rsidRDefault="00000000">
      <w:pPr>
        <w:pStyle w:val="ListBullet"/>
      </w:pPr>
      <w:r>
        <w:t>Long-term.</w:t>
      </w:r>
    </w:p>
    <w:p w14:paraId="0A6AEB35" w14:textId="77777777" w:rsidR="00424A00" w:rsidRDefault="00000000">
      <w:pPr>
        <w:pStyle w:val="ListBullet"/>
      </w:pPr>
      <w:r>
        <w:t>Short-term.</w:t>
      </w:r>
    </w:p>
    <w:p w14:paraId="42CDFD23" w14:textId="77777777" w:rsidR="00424A00" w:rsidRDefault="00000000">
      <w:pPr>
        <w:pStyle w:val="ListBullet"/>
      </w:pPr>
      <w:r>
        <w:t>Temporary.</w:t>
      </w:r>
    </w:p>
    <w:p w14:paraId="7374F9FC" w14:textId="77777777" w:rsidR="00424A00" w:rsidRDefault="00000000">
      <w:pPr>
        <w:pStyle w:val="ListBullet"/>
      </w:pPr>
      <w:r>
        <w:t>Permanent.</w:t>
      </w:r>
    </w:p>
    <w:p w14:paraId="69A72351" w14:textId="77777777" w:rsidR="00424A00" w:rsidRDefault="00000000">
      <w:pPr>
        <w:pStyle w:val="ListBullet"/>
      </w:pPr>
      <w:r>
        <w:t>Stable.</w:t>
      </w:r>
    </w:p>
    <w:p w14:paraId="4C02D47C" w14:textId="77777777" w:rsidR="00424A00" w:rsidRDefault="00000000">
      <w:pPr>
        <w:pStyle w:val="ListBullet"/>
      </w:pPr>
      <w:r>
        <w:t>Variable or unpredictable.</w:t>
      </w:r>
    </w:p>
    <w:p w14:paraId="239E6EC4" w14:textId="77777777" w:rsidR="00424A00" w:rsidRDefault="00000000">
      <w:pPr>
        <w:pStyle w:val="Heading1"/>
      </w:pPr>
      <w:r>
        <w:lastRenderedPageBreak/>
        <w:t>6. ROLES AND RESPONSIBILITIES</w:t>
      </w:r>
    </w:p>
    <w:p w14:paraId="100C2741" w14:textId="77777777" w:rsidR="00424A00" w:rsidRDefault="00000000">
      <w:r>
        <w:t>Head of Centre</w:t>
      </w:r>
    </w:p>
    <w:p w14:paraId="3D4A981E" w14:textId="77777777" w:rsidR="00424A00" w:rsidRDefault="00000000">
      <w:r>
        <w:t>The Head of Centre has overall responsibility for ensuring that Project Challenge has appropriate arrangements to support learners with medical conditions.</w:t>
      </w:r>
    </w:p>
    <w:p w14:paraId="71BA96E1" w14:textId="77777777" w:rsidR="00424A00" w:rsidRDefault="00000000">
      <w:r>
        <w:t>The Head of Centre will ensure that:</w:t>
      </w:r>
    </w:p>
    <w:p w14:paraId="1E3B29BB" w14:textId="77777777" w:rsidR="00424A00" w:rsidRDefault="00000000">
      <w:pPr>
        <w:pStyle w:val="ListBullet"/>
      </w:pPr>
      <w:r>
        <w:t>This policy is implemented.</w:t>
      </w:r>
    </w:p>
    <w:p w14:paraId="5EBCA54D" w14:textId="77777777" w:rsidR="00424A00" w:rsidRDefault="00000000">
      <w:pPr>
        <w:pStyle w:val="ListBullet"/>
      </w:pPr>
      <w:r>
        <w:t>Appropriate procedures are in place.</w:t>
      </w:r>
    </w:p>
    <w:p w14:paraId="061E67EC" w14:textId="77777777" w:rsidR="00424A00" w:rsidRDefault="00000000">
      <w:pPr>
        <w:pStyle w:val="ListBullet"/>
      </w:pPr>
      <w:r>
        <w:t>Staff understand their responsibilities.</w:t>
      </w:r>
    </w:p>
    <w:p w14:paraId="57858041" w14:textId="77777777" w:rsidR="00424A00" w:rsidRDefault="00000000">
      <w:pPr>
        <w:pStyle w:val="ListBullet"/>
      </w:pPr>
      <w:r>
        <w:t>Individual Healthcare Plans are developed where required.</w:t>
      </w:r>
    </w:p>
    <w:p w14:paraId="37962E4E" w14:textId="77777777" w:rsidR="00424A00" w:rsidRDefault="00000000">
      <w:pPr>
        <w:pStyle w:val="ListBullet"/>
      </w:pPr>
      <w:r>
        <w:t>Appropriate training is provided.</w:t>
      </w:r>
    </w:p>
    <w:p w14:paraId="177B475F" w14:textId="77777777" w:rsidR="00424A00" w:rsidRDefault="00000000">
      <w:pPr>
        <w:pStyle w:val="ListBullet"/>
      </w:pPr>
      <w:r>
        <w:t>Emergency arrangements are effective.</w:t>
      </w:r>
    </w:p>
    <w:p w14:paraId="6F6DC39A" w14:textId="77777777" w:rsidR="00424A00" w:rsidRDefault="00000000">
      <w:pPr>
        <w:pStyle w:val="ListBullet"/>
      </w:pPr>
      <w:r>
        <w:t>Reasonable adjustments are considered.</w:t>
      </w:r>
    </w:p>
    <w:p w14:paraId="60F5DEB5" w14:textId="77777777" w:rsidR="00424A00" w:rsidRDefault="00000000">
      <w:pPr>
        <w:pStyle w:val="ListBullet"/>
      </w:pPr>
      <w:r>
        <w:t>The organisation complies with relevant legislation and guidance.</w:t>
      </w:r>
    </w:p>
    <w:p w14:paraId="536DB805" w14:textId="77777777" w:rsidR="00424A00" w:rsidRDefault="00000000">
      <w:pPr>
        <w:pStyle w:val="ListBullet"/>
      </w:pPr>
      <w:r>
        <w:t>Operations Manager</w:t>
      </w:r>
    </w:p>
    <w:p w14:paraId="333971BB" w14:textId="77777777" w:rsidR="00424A00" w:rsidRDefault="00000000">
      <w:pPr>
        <w:pStyle w:val="ListBullet"/>
      </w:pPr>
      <w:r>
        <w:t>The Operations Manager will:</w:t>
      </w:r>
    </w:p>
    <w:p w14:paraId="3DCCEB93" w14:textId="77777777" w:rsidR="00424A00" w:rsidRDefault="00000000">
      <w:pPr>
        <w:pStyle w:val="ListBullet"/>
      </w:pPr>
      <w:r>
        <w:t>Oversee the day-to-day implementation of this policy.</w:t>
      </w:r>
    </w:p>
    <w:p w14:paraId="79763BAB" w14:textId="77777777" w:rsidR="00424A00" w:rsidRDefault="00000000">
      <w:pPr>
        <w:pStyle w:val="ListBullet"/>
      </w:pPr>
      <w:r>
        <w:t>Maintain oversight of learners with significant medical needs.</w:t>
      </w:r>
    </w:p>
    <w:p w14:paraId="47DC0416" w14:textId="77777777" w:rsidR="00424A00" w:rsidRDefault="00000000">
      <w:pPr>
        <w:pStyle w:val="ListBullet"/>
      </w:pPr>
      <w:r>
        <w:t>Ensure relevant IHPs are in place.</w:t>
      </w:r>
    </w:p>
    <w:p w14:paraId="5E95884C" w14:textId="77777777" w:rsidR="00424A00" w:rsidRDefault="00000000">
      <w:pPr>
        <w:pStyle w:val="ListBullet"/>
      </w:pPr>
      <w:r>
        <w:t>Ensure staff are appropriately briefed.</w:t>
      </w:r>
    </w:p>
    <w:p w14:paraId="299AB051" w14:textId="77777777" w:rsidR="00424A00" w:rsidRDefault="00000000">
      <w:pPr>
        <w:pStyle w:val="ListBullet"/>
      </w:pPr>
      <w:r>
        <w:t>Coordinate relevant training.</w:t>
      </w:r>
    </w:p>
    <w:p w14:paraId="2E6ACBB3" w14:textId="77777777" w:rsidR="00424A00" w:rsidRDefault="00000000">
      <w:pPr>
        <w:pStyle w:val="ListBullet"/>
      </w:pPr>
      <w:r>
        <w:t>Ensure emergency arrangements are understood.</w:t>
      </w:r>
    </w:p>
    <w:p w14:paraId="52155550" w14:textId="77777777" w:rsidR="00424A00" w:rsidRDefault="00000000">
      <w:pPr>
        <w:pStyle w:val="ListBullet"/>
      </w:pPr>
      <w:r>
        <w:t>Monitor medical incidents.</w:t>
      </w:r>
    </w:p>
    <w:p w14:paraId="1776BC40" w14:textId="77777777" w:rsidR="00424A00" w:rsidRDefault="00000000">
      <w:pPr>
        <w:pStyle w:val="ListBullet"/>
      </w:pPr>
      <w:r>
        <w:t>Ensure appropriate risk assessments are completed.</w:t>
      </w:r>
    </w:p>
    <w:p w14:paraId="4120A317" w14:textId="77777777" w:rsidR="00424A00" w:rsidRDefault="00000000">
      <w:pPr>
        <w:pStyle w:val="ListBullet"/>
      </w:pPr>
      <w:r>
        <w:t>Liaise with parents/carers and professionals where appropriate.</w:t>
      </w:r>
    </w:p>
    <w:p w14:paraId="1C1D79E8" w14:textId="77777777" w:rsidR="00424A00" w:rsidRDefault="00000000">
      <w:pPr>
        <w:pStyle w:val="ListBullet"/>
      </w:pPr>
      <w:r>
        <w:t>Designated Safeguarding Lead</w:t>
      </w:r>
    </w:p>
    <w:p w14:paraId="31DA76E0" w14:textId="77777777" w:rsidR="00424A00" w:rsidRDefault="00000000">
      <w:pPr>
        <w:pStyle w:val="ListBullet"/>
      </w:pPr>
      <w:r>
        <w:t>The DSL will ensure that medical needs are appropriately considered where they intersect with safeguarding.</w:t>
      </w:r>
    </w:p>
    <w:p w14:paraId="250F2EB1" w14:textId="77777777" w:rsidR="00424A00" w:rsidRDefault="00000000">
      <w:pPr>
        <w:pStyle w:val="ListBullet"/>
      </w:pPr>
      <w:r>
        <w:t>The DSL will consider whether:</w:t>
      </w:r>
    </w:p>
    <w:p w14:paraId="527F026F" w14:textId="77777777" w:rsidR="00424A00" w:rsidRDefault="00000000">
      <w:pPr>
        <w:pStyle w:val="ListBullet"/>
      </w:pPr>
      <w:r>
        <w:t>A medical condition increases a learner's vulnerability.</w:t>
      </w:r>
    </w:p>
    <w:p w14:paraId="6D8D36C3" w14:textId="77777777" w:rsidR="00424A00" w:rsidRDefault="00000000">
      <w:pPr>
        <w:pStyle w:val="ListBullet"/>
      </w:pPr>
      <w:r>
        <w:t>There are concerns about neglect of medical needs.</w:t>
      </w:r>
    </w:p>
    <w:p w14:paraId="5D7AB9E5" w14:textId="77777777" w:rsidR="00424A00" w:rsidRDefault="00000000">
      <w:pPr>
        <w:pStyle w:val="ListBullet"/>
      </w:pPr>
      <w:r>
        <w:t>A learner's condition affects their emotional wellbeing.</w:t>
      </w:r>
    </w:p>
    <w:p w14:paraId="483A64FA" w14:textId="77777777" w:rsidR="00424A00" w:rsidRDefault="00000000">
      <w:pPr>
        <w:pStyle w:val="ListBullet"/>
      </w:pPr>
      <w:r>
        <w:t>There are concerns about bullying or discrimination.</w:t>
      </w:r>
    </w:p>
    <w:p w14:paraId="03409C0C" w14:textId="77777777" w:rsidR="00424A00" w:rsidRDefault="00000000">
      <w:pPr>
        <w:pStyle w:val="ListBullet"/>
      </w:pPr>
      <w:r>
        <w:t>There are concerns about access to appropriate medical care.</w:t>
      </w:r>
    </w:p>
    <w:p w14:paraId="60AF27F0" w14:textId="77777777" w:rsidR="00424A00" w:rsidRDefault="00000000">
      <w:pPr>
        <w:pStyle w:val="ListBullet"/>
      </w:pPr>
      <w:r>
        <w:t>All Staff</w:t>
      </w:r>
    </w:p>
    <w:p w14:paraId="3A9C0924" w14:textId="77777777" w:rsidR="00424A00" w:rsidRDefault="00000000">
      <w:pPr>
        <w:pStyle w:val="ListBullet"/>
      </w:pPr>
      <w:r>
        <w:t>All staff are responsible for:</w:t>
      </w:r>
    </w:p>
    <w:p w14:paraId="0F178A97" w14:textId="77777777" w:rsidR="00424A00" w:rsidRDefault="00000000">
      <w:pPr>
        <w:pStyle w:val="ListBullet"/>
      </w:pPr>
      <w:r>
        <w:t>Familiarising themselves with this policy.</w:t>
      </w:r>
    </w:p>
    <w:p w14:paraId="152C7489" w14:textId="77777777" w:rsidR="00424A00" w:rsidRDefault="00000000">
      <w:pPr>
        <w:pStyle w:val="ListBullet"/>
      </w:pPr>
      <w:r>
        <w:t>Understanding relevant learner medical needs.</w:t>
      </w:r>
    </w:p>
    <w:p w14:paraId="657F6FA7" w14:textId="77777777" w:rsidR="00424A00" w:rsidRDefault="00000000">
      <w:pPr>
        <w:pStyle w:val="ListBullet"/>
      </w:pPr>
      <w:r>
        <w:t>Following Individual Healthcare Plans.</w:t>
      </w:r>
    </w:p>
    <w:p w14:paraId="64EB493C" w14:textId="77777777" w:rsidR="00424A00" w:rsidRDefault="00000000">
      <w:pPr>
        <w:pStyle w:val="ListBullet"/>
      </w:pPr>
      <w:r>
        <w:t>Maintaining confidentiality.</w:t>
      </w:r>
    </w:p>
    <w:p w14:paraId="31656E65" w14:textId="77777777" w:rsidR="00424A00" w:rsidRDefault="00000000">
      <w:pPr>
        <w:pStyle w:val="ListBullet"/>
      </w:pPr>
      <w:r>
        <w:t>Supporting learners appropriately.</w:t>
      </w:r>
    </w:p>
    <w:p w14:paraId="1B48EC3D" w14:textId="77777777" w:rsidR="00424A00" w:rsidRDefault="00000000">
      <w:pPr>
        <w:pStyle w:val="ListBullet"/>
      </w:pPr>
      <w:r>
        <w:t>Recognising medical emergencies.</w:t>
      </w:r>
    </w:p>
    <w:p w14:paraId="579BA7F1" w14:textId="77777777" w:rsidR="00424A00" w:rsidRDefault="00000000">
      <w:pPr>
        <w:pStyle w:val="ListBullet"/>
      </w:pPr>
      <w:r>
        <w:t>Calling 999 where necessary.</w:t>
      </w:r>
    </w:p>
    <w:p w14:paraId="0986A2D8" w14:textId="77777777" w:rsidR="00424A00" w:rsidRDefault="00000000">
      <w:pPr>
        <w:pStyle w:val="ListBullet"/>
      </w:pPr>
      <w:r>
        <w:lastRenderedPageBreak/>
        <w:t>Reporting significant incidents.</w:t>
      </w:r>
    </w:p>
    <w:p w14:paraId="0D21E73A" w14:textId="77777777" w:rsidR="00424A00" w:rsidRDefault="00000000">
      <w:pPr>
        <w:pStyle w:val="ListBullet"/>
      </w:pPr>
      <w:r>
        <w:t>Staff must not undertake medical procedures or administer medication unless:</w:t>
      </w:r>
    </w:p>
    <w:p w14:paraId="68B05CBB" w14:textId="77777777" w:rsidR="00424A00" w:rsidRDefault="00000000">
      <w:pPr>
        <w:pStyle w:val="ListBullet"/>
      </w:pPr>
      <w:r>
        <w:t>This is specifically permitted under Project Challenge policy.</w:t>
      </w:r>
    </w:p>
    <w:p w14:paraId="50E268C5" w14:textId="77777777" w:rsidR="00424A00" w:rsidRDefault="00000000">
      <w:pPr>
        <w:pStyle w:val="ListBullet"/>
      </w:pPr>
      <w:r>
        <w:t>The staff member has appropriate training where required.</w:t>
      </w:r>
    </w:p>
    <w:p w14:paraId="18DA2A8E" w14:textId="77777777" w:rsidR="00424A00" w:rsidRDefault="00000000">
      <w:pPr>
        <w:pStyle w:val="ListBullet"/>
      </w:pPr>
      <w:r>
        <w:t>The action is within their role and competence.</w:t>
      </w:r>
    </w:p>
    <w:p w14:paraId="049F4D06" w14:textId="77777777" w:rsidR="00424A00" w:rsidRDefault="00000000">
      <w:pPr>
        <w:pStyle w:val="ListBullet"/>
      </w:pPr>
      <w:r>
        <w:t>Appropriate consent and procedures are in place.</w:t>
      </w:r>
    </w:p>
    <w:p w14:paraId="6E5AA4EF" w14:textId="77777777" w:rsidR="00424A00" w:rsidRDefault="00000000">
      <w:pPr>
        <w:pStyle w:val="ListBullet"/>
      </w:pPr>
      <w:r>
        <w:t>Learners</w:t>
      </w:r>
    </w:p>
    <w:p w14:paraId="26766926" w14:textId="77777777" w:rsidR="00424A00" w:rsidRDefault="00000000">
      <w:pPr>
        <w:pStyle w:val="ListBullet"/>
      </w:pPr>
      <w:r>
        <w:t>Learners are encouraged to:</w:t>
      </w:r>
    </w:p>
    <w:p w14:paraId="27ACA81B" w14:textId="77777777" w:rsidR="00424A00" w:rsidRDefault="00000000">
      <w:pPr>
        <w:pStyle w:val="ListBullet"/>
      </w:pPr>
      <w:r>
        <w:t>Take increasing responsibility for their health.</w:t>
      </w:r>
    </w:p>
    <w:p w14:paraId="25B9CA5C" w14:textId="77777777" w:rsidR="00424A00" w:rsidRDefault="00000000">
      <w:pPr>
        <w:pStyle w:val="ListBullet"/>
      </w:pPr>
      <w:r>
        <w:t>Understand their medical condition.</w:t>
      </w:r>
    </w:p>
    <w:p w14:paraId="6394E7E3" w14:textId="77777777" w:rsidR="00424A00" w:rsidRDefault="00000000">
      <w:pPr>
        <w:pStyle w:val="ListBullet"/>
      </w:pPr>
      <w:r>
        <w:t>Self-manage medication wherever safe.</w:t>
      </w:r>
    </w:p>
    <w:p w14:paraId="6290DFB5" w14:textId="77777777" w:rsidR="00424A00" w:rsidRDefault="00000000">
      <w:pPr>
        <w:pStyle w:val="ListBullet"/>
      </w:pPr>
      <w:r>
        <w:t>Carry emergency medication where appropriate.</w:t>
      </w:r>
    </w:p>
    <w:p w14:paraId="6AE30056" w14:textId="77777777" w:rsidR="00424A00" w:rsidRDefault="00000000">
      <w:pPr>
        <w:pStyle w:val="ListBullet"/>
      </w:pPr>
      <w:r>
        <w:t>Tell staff when they are unwell.</w:t>
      </w:r>
    </w:p>
    <w:p w14:paraId="2190DE6D" w14:textId="77777777" w:rsidR="00424A00" w:rsidRDefault="00000000">
      <w:pPr>
        <w:pStyle w:val="ListBullet"/>
      </w:pPr>
      <w:r>
        <w:t>Seek help when needed.</w:t>
      </w:r>
    </w:p>
    <w:p w14:paraId="4DB1C6C0" w14:textId="77777777" w:rsidR="00424A00" w:rsidRDefault="00000000">
      <w:pPr>
        <w:pStyle w:val="ListBullet"/>
      </w:pPr>
      <w:r>
        <w:t>Follow agreed medical and safety arrangements.</w:t>
      </w:r>
    </w:p>
    <w:p w14:paraId="382294B5" w14:textId="77777777" w:rsidR="00424A00" w:rsidRDefault="00000000">
      <w:pPr>
        <w:pStyle w:val="ListBullet"/>
      </w:pPr>
      <w:r>
        <w:t>Parents and Carers</w:t>
      </w:r>
    </w:p>
    <w:p w14:paraId="21AFBF3E" w14:textId="77777777" w:rsidR="00424A00" w:rsidRDefault="00000000">
      <w:pPr>
        <w:pStyle w:val="ListBullet"/>
      </w:pPr>
      <w:r>
        <w:t>Parents/carers should:</w:t>
      </w:r>
    </w:p>
    <w:p w14:paraId="6E487F0B" w14:textId="77777777" w:rsidR="00424A00" w:rsidRDefault="00000000">
      <w:pPr>
        <w:pStyle w:val="ListBullet"/>
      </w:pPr>
      <w:r>
        <w:t>Provide accurate and up-to-date medical information.</w:t>
      </w:r>
    </w:p>
    <w:p w14:paraId="6E3EBACF" w14:textId="77777777" w:rsidR="00424A00" w:rsidRDefault="00000000">
      <w:pPr>
        <w:pStyle w:val="ListBullet"/>
      </w:pPr>
      <w:r>
        <w:t>Inform Project Challenge of changes to a learner's medical condition.</w:t>
      </w:r>
    </w:p>
    <w:p w14:paraId="7791941A" w14:textId="77777777" w:rsidR="00424A00" w:rsidRDefault="00000000">
      <w:pPr>
        <w:pStyle w:val="ListBullet"/>
      </w:pPr>
      <w:r>
        <w:t>Provide medication where required.</w:t>
      </w:r>
    </w:p>
    <w:p w14:paraId="26EBA1DB" w14:textId="77777777" w:rsidR="00424A00" w:rsidRDefault="00000000">
      <w:pPr>
        <w:pStyle w:val="ListBullet"/>
      </w:pPr>
      <w:r>
        <w:t>Ensure medication is in date.</w:t>
      </w:r>
    </w:p>
    <w:p w14:paraId="38AD2481" w14:textId="77777777" w:rsidR="00424A00" w:rsidRDefault="00000000">
      <w:pPr>
        <w:pStyle w:val="ListBullet"/>
      </w:pPr>
      <w:r>
        <w:t>Provide relevant medical plans.</w:t>
      </w:r>
    </w:p>
    <w:p w14:paraId="655E2973" w14:textId="77777777" w:rsidR="00424A00" w:rsidRDefault="00000000">
      <w:pPr>
        <w:pStyle w:val="ListBullet"/>
      </w:pPr>
      <w:r>
        <w:t>Attend meetings where appropriate.</w:t>
      </w:r>
    </w:p>
    <w:p w14:paraId="686910A5" w14:textId="77777777" w:rsidR="00424A00" w:rsidRDefault="00000000">
      <w:pPr>
        <w:pStyle w:val="ListBullet"/>
      </w:pPr>
      <w:r>
        <w:t>Work collaboratively with Project Challenge.</w:t>
      </w:r>
    </w:p>
    <w:p w14:paraId="21B06B0D" w14:textId="77777777" w:rsidR="00424A00" w:rsidRDefault="00000000">
      <w:pPr>
        <w:pStyle w:val="Heading1"/>
      </w:pPr>
      <w:r>
        <w:t>7. LEARNER VOICE AND INVOLVEMENT</w:t>
      </w:r>
    </w:p>
    <w:p w14:paraId="080794CA" w14:textId="77777777" w:rsidR="00424A00" w:rsidRDefault="00000000">
      <w:r>
        <w:t>Project Challenge recognises the importance of involving learners in decisions about their medical support.</w:t>
      </w:r>
    </w:p>
    <w:p w14:paraId="25E3AC4D" w14:textId="77777777" w:rsidR="00424A00" w:rsidRDefault="00000000">
      <w:r>
        <w:t>Where appropriate, learners should be involved in:</w:t>
      </w:r>
    </w:p>
    <w:p w14:paraId="2A55D22D" w14:textId="77777777" w:rsidR="00424A00" w:rsidRDefault="00000000">
      <w:pPr>
        <w:pStyle w:val="ListBullet"/>
      </w:pPr>
      <w:r>
        <w:t>Developing their IHP.</w:t>
      </w:r>
    </w:p>
    <w:p w14:paraId="396CD7C6" w14:textId="77777777" w:rsidR="00424A00" w:rsidRDefault="00000000">
      <w:pPr>
        <w:pStyle w:val="ListBullet"/>
      </w:pPr>
      <w:r>
        <w:t>Identifying their support needs.</w:t>
      </w:r>
    </w:p>
    <w:p w14:paraId="1F9E8F17" w14:textId="77777777" w:rsidR="00424A00" w:rsidRDefault="00000000">
      <w:pPr>
        <w:pStyle w:val="ListBullet"/>
      </w:pPr>
      <w:r>
        <w:t>Discussing emergency procedures.</w:t>
      </w:r>
    </w:p>
    <w:p w14:paraId="20E415C3" w14:textId="77777777" w:rsidR="00424A00" w:rsidRDefault="00000000">
      <w:pPr>
        <w:pStyle w:val="ListBullet"/>
      </w:pPr>
      <w:r>
        <w:t>Identifying triggers.</w:t>
      </w:r>
    </w:p>
    <w:p w14:paraId="69239A5A" w14:textId="77777777" w:rsidR="00424A00" w:rsidRDefault="00000000">
      <w:pPr>
        <w:pStyle w:val="ListBullet"/>
      </w:pPr>
      <w:r>
        <w:t>Agreeing reasonable adjustments.</w:t>
      </w:r>
    </w:p>
    <w:p w14:paraId="15E55799" w14:textId="77777777" w:rsidR="00424A00" w:rsidRDefault="00000000">
      <w:pPr>
        <w:pStyle w:val="ListBullet"/>
      </w:pPr>
      <w:r>
        <w:t>Planning educational visits.</w:t>
      </w:r>
    </w:p>
    <w:p w14:paraId="1A5E4773" w14:textId="77777777" w:rsidR="00424A00" w:rsidRDefault="00000000">
      <w:pPr>
        <w:pStyle w:val="ListBullet"/>
      </w:pPr>
      <w:r>
        <w:t>The learner's views, wishes and feelings should be considered alongside information provided by parents/carers and healthcare professionals.</w:t>
      </w:r>
    </w:p>
    <w:p w14:paraId="2DE7C977" w14:textId="77777777" w:rsidR="00424A00" w:rsidRDefault="00000000">
      <w:pPr>
        <w:pStyle w:val="Heading1"/>
      </w:pPr>
      <w:r>
        <w:t>8. INDIVIDUAL HEALTHCARE PLANS</w:t>
      </w:r>
    </w:p>
    <w:p w14:paraId="3028A709" w14:textId="77777777" w:rsidR="00424A00" w:rsidRDefault="00000000">
      <w:r>
        <w:t>An Individual Healthcare Plan (IHP) will be developed where a learner's medical condition requires specific support or where staff need additional information to ensure the learner's safety.</w:t>
      </w:r>
    </w:p>
    <w:p w14:paraId="229CBEB7" w14:textId="77777777" w:rsidR="00424A00" w:rsidRDefault="00000000">
      <w:r>
        <w:t>An IHP may include:</w:t>
      </w:r>
    </w:p>
    <w:p w14:paraId="724D4007" w14:textId="77777777" w:rsidR="00424A00" w:rsidRDefault="00000000">
      <w:pPr>
        <w:pStyle w:val="ListBullet"/>
      </w:pPr>
      <w:r>
        <w:lastRenderedPageBreak/>
        <w:t>Details of the medical condition.</w:t>
      </w:r>
    </w:p>
    <w:p w14:paraId="189E4CAC" w14:textId="77777777" w:rsidR="00424A00" w:rsidRDefault="00000000">
      <w:pPr>
        <w:pStyle w:val="ListBullet"/>
      </w:pPr>
      <w:r>
        <w:t>Symptoms and warning signs.</w:t>
      </w:r>
    </w:p>
    <w:p w14:paraId="0BF02D31" w14:textId="77777777" w:rsidR="00424A00" w:rsidRDefault="00000000">
      <w:pPr>
        <w:pStyle w:val="ListBullet"/>
      </w:pPr>
      <w:r>
        <w:t>Known triggers.</w:t>
      </w:r>
    </w:p>
    <w:p w14:paraId="180267F3" w14:textId="77777777" w:rsidR="00424A00" w:rsidRDefault="00000000">
      <w:pPr>
        <w:pStyle w:val="ListBullet"/>
      </w:pPr>
      <w:r>
        <w:t>Medication.</w:t>
      </w:r>
    </w:p>
    <w:p w14:paraId="2F5AA321" w14:textId="77777777" w:rsidR="00424A00" w:rsidRDefault="00000000">
      <w:pPr>
        <w:pStyle w:val="ListBullet"/>
      </w:pPr>
      <w:r>
        <w:t>Emergency medication.</w:t>
      </w:r>
    </w:p>
    <w:p w14:paraId="4330F843" w14:textId="77777777" w:rsidR="00424A00" w:rsidRDefault="00000000">
      <w:pPr>
        <w:pStyle w:val="ListBullet"/>
      </w:pPr>
      <w:r>
        <w:t>Self-management arrangements.</w:t>
      </w:r>
    </w:p>
    <w:p w14:paraId="48B102EC" w14:textId="77777777" w:rsidR="00424A00" w:rsidRDefault="00000000">
      <w:pPr>
        <w:pStyle w:val="ListBullet"/>
      </w:pPr>
      <w:r>
        <w:t>Emergency procedures.</w:t>
      </w:r>
    </w:p>
    <w:p w14:paraId="49C9F6BE" w14:textId="77777777" w:rsidR="00424A00" w:rsidRDefault="00000000">
      <w:pPr>
        <w:pStyle w:val="ListBullet"/>
      </w:pPr>
      <w:r>
        <w:t>Required adjustments.</w:t>
      </w:r>
    </w:p>
    <w:p w14:paraId="640BBD26" w14:textId="77777777" w:rsidR="00424A00" w:rsidRDefault="00000000">
      <w:pPr>
        <w:pStyle w:val="ListBullet"/>
      </w:pPr>
      <w:r>
        <w:t>Physical activity arrangements.</w:t>
      </w:r>
    </w:p>
    <w:p w14:paraId="31644AC0" w14:textId="77777777" w:rsidR="00424A00" w:rsidRDefault="00000000">
      <w:pPr>
        <w:pStyle w:val="ListBullet"/>
      </w:pPr>
      <w:r>
        <w:t>Educational visit arrangements.</w:t>
      </w:r>
    </w:p>
    <w:p w14:paraId="6F946976" w14:textId="77777777" w:rsidR="00424A00" w:rsidRDefault="00000000">
      <w:pPr>
        <w:pStyle w:val="ListBullet"/>
      </w:pPr>
      <w:r>
        <w:t>Emergency contact information.</w:t>
      </w:r>
    </w:p>
    <w:p w14:paraId="2B9EB92C" w14:textId="77777777" w:rsidR="00424A00" w:rsidRDefault="00000000">
      <w:pPr>
        <w:pStyle w:val="ListBullet"/>
      </w:pPr>
      <w:r>
        <w:t>The IHP should be developed in partnership with:</w:t>
      </w:r>
    </w:p>
    <w:p w14:paraId="033296A5" w14:textId="77777777" w:rsidR="00424A00" w:rsidRDefault="00000000">
      <w:pPr>
        <w:pStyle w:val="ListBullet"/>
      </w:pPr>
      <w:r>
        <w:t>The learner.</w:t>
      </w:r>
    </w:p>
    <w:p w14:paraId="46C9DA42" w14:textId="77777777" w:rsidR="00424A00" w:rsidRDefault="00000000">
      <w:pPr>
        <w:pStyle w:val="ListBullet"/>
      </w:pPr>
      <w:r>
        <w:t>Parent/carer.</w:t>
      </w:r>
    </w:p>
    <w:p w14:paraId="48C6F729" w14:textId="77777777" w:rsidR="00424A00" w:rsidRDefault="00000000">
      <w:pPr>
        <w:pStyle w:val="ListBullet"/>
      </w:pPr>
      <w:r>
        <w:t>Project Challenge staff.</w:t>
      </w:r>
    </w:p>
    <w:p w14:paraId="1404C0EE" w14:textId="77777777" w:rsidR="00424A00" w:rsidRDefault="00000000">
      <w:pPr>
        <w:pStyle w:val="ListBullet"/>
      </w:pPr>
      <w:r>
        <w:t>Relevant healthcare professionals where appropriate.</w:t>
      </w:r>
    </w:p>
    <w:p w14:paraId="156A268E" w14:textId="77777777" w:rsidR="00424A00" w:rsidRDefault="00000000">
      <w:pPr>
        <w:pStyle w:val="ListBullet"/>
      </w:pPr>
      <w:r>
        <w:t>The IHP should be reviewed:</w:t>
      </w:r>
    </w:p>
    <w:p w14:paraId="2455E2FD" w14:textId="77777777" w:rsidR="00424A00" w:rsidRDefault="00000000">
      <w:pPr>
        <w:pStyle w:val="ListBullet"/>
      </w:pPr>
      <w:r>
        <w:t>At least annually.</w:t>
      </w:r>
    </w:p>
    <w:p w14:paraId="0DF1CFBE" w14:textId="77777777" w:rsidR="00424A00" w:rsidRDefault="00000000">
      <w:pPr>
        <w:pStyle w:val="ListBullet"/>
      </w:pPr>
      <w:r>
        <w:t>Following a significant medical incident.</w:t>
      </w:r>
    </w:p>
    <w:p w14:paraId="10BB589C" w14:textId="77777777" w:rsidR="00424A00" w:rsidRDefault="00000000">
      <w:pPr>
        <w:pStyle w:val="ListBullet"/>
      </w:pPr>
      <w:r>
        <w:t>Following a change in medical needs.</w:t>
      </w:r>
    </w:p>
    <w:p w14:paraId="7E430F11" w14:textId="77777777" w:rsidR="00424A00" w:rsidRDefault="00000000">
      <w:pPr>
        <w:pStyle w:val="ListBullet"/>
      </w:pPr>
      <w:r>
        <w:t>Following a change in medication.</w:t>
      </w:r>
    </w:p>
    <w:p w14:paraId="6DA5FA6E" w14:textId="77777777" w:rsidR="00424A00" w:rsidRDefault="00000000">
      <w:pPr>
        <w:pStyle w:val="ListBullet"/>
      </w:pPr>
      <w:r>
        <w:t>Where the learner's circumstances change.</w:t>
      </w:r>
    </w:p>
    <w:p w14:paraId="13854686" w14:textId="77777777" w:rsidR="00424A00" w:rsidRDefault="00000000">
      <w:pPr>
        <w:pStyle w:val="Heading1"/>
      </w:pPr>
      <w:r>
        <w:t>9. ADMISSION AND ACCESS TO EDUCATION</w:t>
      </w:r>
    </w:p>
    <w:p w14:paraId="7AEF4031" w14:textId="77777777" w:rsidR="00424A00" w:rsidRDefault="00000000">
      <w:r>
        <w:t>Project Challenge will not automatically refuse admission to a learner because they have a medical condition.</w:t>
      </w:r>
    </w:p>
    <w:p w14:paraId="477E9CE0" w14:textId="77777777" w:rsidR="00424A00" w:rsidRDefault="00000000">
      <w:r>
        <w:t>Each learner's needs will be considered individually.</w:t>
      </w:r>
    </w:p>
    <w:p w14:paraId="5F5507A1" w14:textId="77777777" w:rsidR="00424A00" w:rsidRDefault="00000000">
      <w:r>
        <w:t>Where appropriate, Project Challenge may seek additional information before admission to ensure that:</w:t>
      </w:r>
    </w:p>
    <w:p w14:paraId="5C12858D" w14:textId="77777777" w:rsidR="00424A00" w:rsidRDefault="00000000">
      <w:pPr>
        <w:pStyle w:val="ListBullet"/>
      </w:pPr>
      <w:r>
        <w:t>The learner's needs are understood.</w:t>
      </w:r>
    </w:p>
    <w:p w14:paraId="4D9A58CD" w14:textId="77777777" w:rsidR="00424A00" w:rsidRDefault="00000000">
      <w:pPr>
        <w:pStyle w:val="ListBullet"/>
      </w:pPr>
      <w:r>
        <w:t>Appropriate support can be provided.</w:t>
      </w:r>
    </w:p>
    <w:p w14:paraId="354D7D80" w14:textId="77777777" w:rsidR="00424A00" w:rsidRDefault="00000000">
      <w:pPr>
        <w:pStyle w:val="ListBullet"/>
      </w:pPr>
      <w:r>
        <w:t>Staff have appropriate training.</w:t>
      </w:r>
    </w:p>
    <w:p w14:paraId="78D466D9" w14:textId="77777777" w:rsidR="00424A00" w:rsidRDefault="00000000">
      <w:pPr>
        <w:pStyle w:val="ListBullet"/>
      </w:pPr>
      <w:r>
        <w:t>Emergency arrangements are in place.</w:t>
      </w:r>
    </w:p>
    <w:p w14:paraId="077A7A63" w14:textId="77777777" w:rsidR="00424A00" w:rsidRDefault="00000000">
      <w:pPr>
        <w:pStyle w:val="ListBullet"/>
      </w:pPr>
      <w:r>
        <w:t>Risks can be appropriately managed.</w:t>
      </w:r>
    </w:p>
    <w:p w14:paraId="00B5DC7E" w14:textId="77777777" w:rsidR="00424A00" w:rsidRDefault="00000000">
      <w:pPr>
        <w:pStyle w:val="ListBullet"/>
      </w:pPr>
      <w:r>
        <w:t>The aim will always be to identify solutions that enable the learner to access education safely.</w:t>
      </w:r>
    </w:p>
    <w:p w14:paraId="5BD88DE9" w14:textId="77777777" w:rsidR="00424A00" w:rsidRDefault="00000000">
      <w:pPr>
        <w:pStyle w:val="Heading1"/>
      </w:pPr>
      <w:r>
        <w:t>10. MEDICATION AND SELF-MANAGEMENT</w:t>
      </w:r>
    </w:p>
    <w:p w14:paraId="1DC91012" w14:textId="77777777" w:rsidR="00424A00" w:rsidRDefault="00000000">
      <w:r>
        <w:t>Project Challenge recognises that learners aged 14–19 may be able to manage their own medication.</w:t>
      </w:r>
    </w:p>
    <w:p w14:paraId="457A3B1C" w14:textId="77777777" w:rsidR="00424A00" w:rsidRDefault="00000000">
      <w:r>
        <w:t>The organisation therefore promotes self-management wherever safe and appropriate.</w:t>
      </w:r>
    </w:p>
    <w:p w14:paraId="7D3A8054" w14:textId="77777777" w:rsidR="00424A00" w:rsidRDefault="00000000">
      <w:r>
        <w:t>Learners should self-administer their medication wherever they are able to do so safely.</w:t>
      </w:r>
    </w:p>
    <w:p w14:paraId="485A0A94" w14:textId="77777777" w:rsidR="00424A00" w:rsidRDefault="00000000">
      <w:r>
        <w:t>Project Challenge staff may:</w:t>
      </w:r>
    </w:p>
    <w:p w14:paraId="4154B78B" w14:textId="77777777" w:rsidR="00424A00" w:rsidRDefault="00000000">
      <w:pPr>
        <w:pStyle w:val="ListBullet"/>
      </w:pPr>
      <w:r>
        <w:lastRenderedPageBreak/>
        <w:t>Remind learners about medication.</w:t>
      </w:r>
    </w:p>
    <w:p w14:paraId="6A1218EC" w14:textId="77777777" w:rsidR="00424A00" w:rsidRDefault="00000000">
      <w:pPr>
        <w:pStyle w:val="ListBullet"/>
      </w:pPr>
      <w:r>
        <w:t>Support learners to access medication.</w:t>
      </w:r>
    </w:p>
    <w:p w14:paraId="5353163C" w14:textId="77777777" w:rsidR="00424A00" w:rsidRDefault="00000000">
      <w:pPr>
        <w:pStyle w:val="ListBullet"/>
      </w:pPr>
      <w:r>
        <w:t>Provide appropriate supervision.</w:t>
      </w:r>
    </w:p>
    <w:p w14:paraId="3588E958" w14:textId="77777777" w:rsidR="00424A00" w:rsidRDefault="00000000">
      <w:pPr>
        <w:pStyle w:val="ListBullet"/>
      </w:pPr>
      <w:r>
        <w:t>Follow emergency procedures.</w:t>
      </w:r>
    </w:p>
    <w:p w14:paraId="606C9DDF" w14:textId="77777777" w:rsidR="00424A00" w:rsidRDefault="00000000">
      <w:pPr>
        <w:pStyle w:val="ListBullet"/>
      </w:pPr>
      <w:r>
        <w:t>Call emergency services.</w:t>
      </w:r>
    </w:p>
    <w:p w14:paraId="41F16A19" w14:textId="77777777" w:rsidR="00424A00" w:rsidRDefault="00000000">
      <w:pPr>
        <w:pStyle w:val="ListBullet"/>
      </w:pPr>
      <w:r>
        <w:t>Project Challenge staff do not routinely administer prescribed medication on behalf of learners.</w:t>
      </w:r>
    </w:p>
    <w:p w14:paraId="6580251C" w14:textId="77777777" w:rsidR="00424A00" w:rsidRDefault="00000000">
      <w:pPr>
        <w:pStyle w:val="ListBullet"/>
      </w:pPr>
      <w:r>
        <w:t>Specific exceptions are:</w:t>
      </w:r>
    </w:p>
    <w:p w14:paraId="001C8FD2" w14:textId="77777777" w:rsidR="00424A00" w:rsidRDefault="00000000">
      <w:pPr>
        <w:pStyle w:val="ListBullet"/>
      </w:pPr>
      <w:r>
        <w:t>Paracetamol.</w:t>
      </w:r>
    </w:p>
    <w:p w14:paraId="62C62D4D" w14:textId="77777777" w:rsidR="00424A00" w:rsidRDefault="00000000">
      <w:pPr>
        <w:pStyle w:val="ListBullet"/>
      </w:pPr>
      <w:r>
        <w:t>Ibuprofen.</w:t>
      </w:r>
    </w:p>
    <w:p w14:paraId="67C4BDC9" w14:textId="77777777" w:rsidR="00424A00" w:rsidRDefault="00000000">
      <w:pPr>
        <w:pStyle w:val="ListBullet"/>
      </w:pPr>
      <w:r>
        <w:t>Adrenaline auto-injectors (AAIs/EpiPens) in an anaphylaxis emergency.</w:t>
      </w:r>
    </w:p>
    <w:p w14:paraId="01B1B5F2" w14:textId="77777777" w:rsidR="00424A00" w:rsidRDefault="00000000">
      <w:pPr>
        <w:pStyle w:val="ListBullet"/>
      </w:pPr>
      <w:r>
        <w:t>Any administration of these medications must be carried out in accordance with the relevant Project Challenge policy and agreed procedures.</w:t>
      </w:r>
    </w:p>
    <w:p w14:paraId="199DA3F0" w14:textId="77777777" w:rsidR="00424A00" w:rsidRDefault="00000000">
      <w:r>
        <w:t>Where a learner requires routine administration of prescribed medication by staff, this must be discussed with the Head of Centre and appropriate arrangements agreed before staff are expected to undertake this responsibility.</w:t>
      </w:r>
    </w:p>
    <w:p w14:paraId="4FA6E94F" w14:textId="77777777" w:rsidR="00424A00" w:rsidRDefault="00000000">
      <w:pPr>
        <w:pStyle w:val="Heading1"/>
      </w:pPr>
      <w:r>
        <w:t>11. EMERGENCY MEDICATION</w:t>
      </w:r>
    </w:p>
    <w:p w14:paraId="5151523E" w14:textId="77777777" w:rsidR="00424A00" w:rsidRDefault="00000000">
      <w:r>
        <w:t>Emergency medication must be readily accessible where required.</w:t>
      </w:r>
    </w:p>
    <w:p w14:paraId="37CCE67F" w14:textId="77777777" w:rsidR="00424A00" w:rsidRDefault="00000000">
      <w:r>
        <w:t>Examples may include:</w:t>
      </w:r>
    </w:p>
    <w:p w14:paraId="4AB36509" w14:textId="77777777" w:rsidR="00424A00" w:rsidRDefault="00000000">
      <w:pPr>
        <w:pStyle w:val="ListBullet"/>
      </w:pPr>
      <w:r>
        <w:t>Adrenaline auto-injectors.</w:t>
      </w:r>
    </w:p>
    <w:p w14:paraId="5F37EE5F" w14:textId="77777777" w:rsidR="00424A00" w:rsidRDefault="00000000">
      <w:pPr>
        <w:pStyle w:val="ListBullet"/>
      </w:pPr>
      <w:r>
        <w:t>Emergency asthma medication.</w:t>
      </w:r>
    </w:p>
    <w:p w14:paraId="7FC0A61F" w14:textId="77777777" w:rsidR="00424A00" w:rsidRDefault="00000000">
      <w:pPr>
        <w:pStyle w:val="ListBullet"/>
      </w:pPr>
      <w:r>
        <w:t>Emergency seizure medication, where specifically agreed.</w:t>
      </w:r>
    </w:p>
    <w:p w14:paraId="1CB1FDE2" w14:textId="77777777" w:rsidR="00424A00" w:rsidRDefault="00000000">
      <w:pPr>
        <w:pStyle w:val="ListBullet"/>
      </w:pPr>
      <w:r>
        <w:t>Other emergency medication prescribed for an individual learner.</w:t>
      </w:r>
    </w:p>
    <w:p w14:paraId="73657BEC" w14:textId="77777777" w:rsidR="00424A00" w:rsidRDefault="00000000">
      <w:pPr>
        <w:pStyle w:val="ListBullet"/>
      </w:pPr>
      <w:r>
        <w:t>Project Challenge staff will only administer emergency medication where:</w:t>
      </w:r>
    </w:p>
    <w:p w14:paraId="17500F1D" w14:textId="77777777" w:rsidR="00424A00" w:rsidRDefault="00000000">
      <w:pPr>
        <w:pStyle w:val="ListBullet"/>
      </w:pPr>
      <w:r>
        <w:t>It is permitted by Project Challenge policy.</w:t>
      </w:r>
    </w:p>
    <w:p w14:paraId="7560811B" w14:textId="77777777" w:rsidR="00424A00" w:rsidRDefault="00000000">
      <w:pPr>
        <w:pStyle w:val="ListBullet"/>
      </w:pPr>
      <w:r>
        <w:t>The staff member is appropriately trained where required.</w:t>
      </w:r>
    </w:p>
    <w:p w14:paraId="1245E425" w14:textId="77777777" w:rsidR="00424A00" w:rsidRDefault="00000000">
      <w:pPr>
        <w:pStyle w:val="ListBullet"/>
      </w:pPr>
      <w:r>
        <w:t>The action is within their competence.</w:t>
      </w:r>
    </w:p>
    <w:p w14:paraId="1E4E122C" w14:textId="77777777" w:rsidR="00424A00" w:rsidRDefault="00000000">
      <w:pPr>
        <w:pStyle w:val="ListBullet"/>
      </w:pPr>
      <w:r>
        <w:t>The emergency procedure requires it.</w:t>
      </w:r>
    </w:p>
    <w:p w14:paraId="341BD456" w14:textId="77777777" w:rsidR="00424A00" w:rsidRDefault="00000000">
      <w:pPr>
        <w:pStyle w:val="ListBullet"/>
      </w:pPr>
      <w:r>
        <w:t>In an emergency, 999 must be called without delay where there is a risk to life.</w:t>
      </w:r>
    </w:p>
    <w:p w14:paraId="2AADC37B" w14:textId="77777777" w:rsidR="00424A00" w:rsidRDefault="00000000">
      <w:pPr>
        <w:pStyle w:val="Heading1"/>
      </w:pPr>
      <w:r>
        <w:t>12. ASTHMA</w:t>
      </w:r>
    </w:p>
    <w:p w14:paraId="67311029" w14:textId="77777777" w:rsidR="00424A00" w:rsidRDefault="00000000">
      <w:r>
        <w:t>Project Challenge will support learners with asthma in accordance with the Asthma Policy.</w:t>
      </w:r>
    </w:p>
    <w:p w14:paraId="6045E3DD" w14:textId="77777777" w:rsidR="00424A00" w:rsidRDefault="00000000">
      <w:r>
        <w:t>Learners should self-administer their inhalers wherever they can do so safely.</w:t>
      </w:r>
    </w:p>
    <w:p w14:paraId="74436F7F" w14:textId="77777777" w:rsidR="00424A00" w:rsidRDefault="00000000">
      <w:r>
        <w:t>Staff will support learners to access their inhalers and recognise when emergency assistance is required.</w:t>
      </w:r>
    </w:p>
    <w:p w14:paraId="5A194FA6" w14:textId="77777777" w:rsidR="00424A00" w:rsidRDefault="00000000">
      <w:r>
        <w:t>Staff will not routinely administer asthma inhalers.</w:t>
      </w:r>
    </w:p>
    <w:p w14:paraId="18117E88" w14:textId="77777777" w:rsidR="00424A00" w:rsidRDefault="00000000">
      <w:r>
        <w:t>If a learner experiences a severe asthma attack, staff must:</w:t>
      </w:r>
    </w:p>
    <w:p w14:paraId="722FD81B" w14:textId="77777777" w:rsidR="00424A00" w:rsidRDefault="00000000">
      <w:pPr>
        <w:pStyle w:val="ListBullet"/>
      </w:pPr>
      <w:r>
        <w:t>Remain with the learner.</w:t>
      </w:r>
    </w:p>
    <w:p w14:paraId="3082868F" w14:textId="77777777" w:rsidR="00424A00" w:rsidRDefault="00000000">
      <w:pPr>
        <w:pStyle w:val="ListBullet"/>
      </w:pPr>
      <w:r>
        <w:t>Support access to their inhaler.</w:t>
      </w:r>
    </w:p>
    <w:p w14:paraId="1A70F471" w14:textId="77777777" w:rsidR="00424A00" w:rsidRDefault="00000000">
      <w:pPr>
        <w:pStyle w:val="ListBullet"/>
      </w:pPr>
      <w:r>
        <w:lastRenderedPageBreak/>
        <w:t>Call 999 where required.</w:t>
      </w:r>
    </w:p>
    <w:p w14:paraId="7A5E5A61" w14:textId="77777777" w:rsidR="00424A00" w:rsidRDefault="00000000">
      <w:pPr>
        <w:pStyle w:val="ListBullet"/>
      </w:pPr>
      <w:r>
        <w:t>Follow the learner's IHP.</w:t>
      </w:r>
    </w:p>
    <w:p w14:paraId="10BE3872" w14:textId="77777777" w:rsidR="00424A00" w:rsidRDefault="00000000">
      <w:pPr>
        <w:pStyle w:val="ListBullet"/>
      </w:pPr>
      <w:r>
        <w:t>Inform parents/carers.</w:t>
      </w:r>
    </w:p>
    <w:p w14:paraId="6C8834F8" w14:textId="77777777" w:rsidR="00424A00" w:rsidRDefault="00000000">
      <w:pPr>
        <w:pStyle w:val="ListBullet"/>
      </w:pPr>
      <w:r>
        <w:t>Record the incident.</w:t>
      </w:r>
    </w:p>
    <w:p w14:paraId="4064F9D7" w14:textId="77777777" w:rsidR="00424A00" w:rsidRDefault="00000000">
      <w:pPr>
        <w:pStyle w:val="Heading1"/>
      </w:pPr>
      <w:r>
        <w:t>13. ALLERGIES AND ANAPHYLAXIS</w:t>
      </w:r>
    </w:p>
    <w:p w14:paraId="7CD18E95" w14:textId="77777777" w:rsidR="00424A00" w:rsidRDefault="00000000">
      <w:r>
        <w:t>Project Challenge will support learners with allergies and anaphylaxis in accordance with the Allergy and Anaphylaxis Policy.</w:t>
      </w:r>
    </w:p>
    <w:p w14:paraId="0E57F666" w14:textId="77777777" w:rsidR="00424A00" w:rsidRDefault="00000000">
      <w:r>
        <w:t>Learners should self-manage their allergy medication wherever they can do so safely.</w:t>
      </w:r>
    </w:p>
    <w:p w14:paraId="5F945BBA" w14:textId="77777777" w:rsidR="00424A00" w:rsidRDefault="00000000">
      <w:r>
        <w:t>Where anaphylaxis is suspected:</w:t>
      </w:r>
    </w:p>
    <w:p w14:paraId="598FE302" w14:textId="77777777" w:rsidR="00424A00" w:rsidRDefault="00000000">
      <w:pPr>
        <w:pStyle w:val="ListBullet"/>
      </w:pPr>
      <w:r>
        <w:t>An adrenaline auto-injector must be administered immediately.</w:t>
      </w:r>
    </w:p>
    <w:p w14:paraId="0004A7E9" w14:textId="77777777" w:rsidR="00424A00" w:rsidRDefault="00000000">
      <w:pPr>
        <w:pStyle w:val="ListBullet"/>
      </w:pPr>
      <w:r>
        <w:t>The learner should self-administer where they are able to do so.</w:t>
      </w:r>
    </w:p>
    <w:p w14:paraId="4DAA4380" w14:textId="77777777" w:rsidR="00424A00" w:rsidRDefault="00000000">
      <w:pPr>
        <w:pStyle w:val="ListBullet"/>
      </w:pPr>
      <w:r>
        <w:t>Appropriately trained staff may administer an AAI/EpiPen where the learner cannot self-administer.</w:t>
      </w:r>
    </w:p>
    <w:p w14:paraId="17EC65A3" w14:textId="77777777" w:rsidR="00424A00" w:rsidRDefault="00000000">
      <w:pPr>
        <w:pStyle w:val="ListBullet"/>
      </w:pPr>
      <w:r>
        <w:t>999 must be called immediately.</w:t>
      </w:r>
    </w:p>
    <w:p w14:paraId="6303E146" w14:textId="77777777" w:rsidR="00424A00" w:rsidRDefault="00000000">
      <w:pPr>
        <w:pStyle w:val="ListBullet"/>
      </w:pPr>
      <w:r>
        <w:t>Emergency services instructions must be followed.</w:t>
      </w:r>
    </w:p>
    <w:p w14:paraId="26E62A13" w14:textId="77777777" w:rsidR="00424A00" w:rsidRDefault="00000000">
      <w:pPr>
        <w:pStyle w:val="ListBullet"/>
      </w:pPr>
      <w:r>
        <w:t>A second AAI should be administered where appropriate and available if symptoms do not improve or return.</w:t>
      </w:r>
    </w:p>
    <w:p w14:paraId="66E8E71A" w14:textId="77777777" w:rsidR="00424A00" w:rsidRDefault="00000000">
      <w:pPr>
        <w:pStyle w:val="ListBullet"/>
      </w:pPr>
      <w:r>
        <w:t>Staff must never delay emergency treatment while waiting for parent/carer consent.</w:t>
      </w:r>
    </w:p>
    <w:p w14:paraId="0FF6C63C" w14:textId="77777777" w:rsidR="00424A00" w:rsidRDefault="00000000">
      <w:pPr>
        <w:pStyle w:val="Heading1"/>
      </w:pPr>
      <w:r>
        <w:t>14. OTHER MEDICAL CONDITIONS</w:t>
      </w:r>
    </w:p>
    <w:p w14:paraId="091FB3F5" w14:textId="77777777" w:rsidR="00424A00" w:rsidRDefault="00000000">
      <w:r>
        <w:t>Project Challenge recognises that learners may have a wide range of medical needs.</w:t>
      </w:r>
    </w:p>
    <w:p w14:paraId="20476E69" w14:textId="77777777" w:rsidR="00424A00" w:rsidRDefault="00000000">
      <w:r>
        <w:t>Where a learner has a condition that requires additional support, an IHP should be developed where appropriate.</w:t>
      </w:r>
    </w:p>
    <w:p w14:paraId="6F6372A8" w14:textId="77777777" w:rsidR="00424A00" w:rsidRDefault="00000000">
      <w:r>
        <w:t>This may include conditions such as:</w:t>
      </w:r>
    </w:p>
    <w:p w14:paraId="55327FEE" w14:textId="77777777" w:rsidR="00424A00" w:rsidRDefault="00000000">
      <w:pPr>
        <w:pStyle w:val="ListBullet"/>
      </w:pPr>
      <w:r>
        <w:t>Diabetes.</w:t>
      </w:r>
    </w:p>
    <w:p w14:paraId="0D62B2B1" w14:textId="77777777" w:rsidR="00424A00" w:rsidRDefault="00000000">
      <w:pPr>
        <w:pStyle w:val="ListBullet"/>
      </w:pPr>
      <w:r>
        <w:t>Epilepsy.</w:t>
      </w:r>
    </w:p>
    <w:p w14:paraId="1E6DF2FD" w14:textId="77777777" w:rsidR="00424A00" w:rsidRDefault="00000000">
      <w:pPr>
        <w:pStyle w:val="ListBullet"/>
      </w:pPr>
      <w:r>
        <w:t>Seizures.</w:t>
      </w:r>
    </w:p>
    <w:p w14:paraId="7B0FA0B5" w14:textId="77777777" w:rsidR="00424A00" w:rsidRDefault="00000000">
      <w:pPr>
        <w:pStyle w:val="ListBullet"/>
      </w:pPr>
      <w:r>
        <w:t>Heart conditions.</w:t>
      </w:r>
    </w:p>
    <w:p w14:paraId="219546ED" w14:textId="77777777" w:rsidR="00424A00" w:rsidRDefault="00000000">
      <w:pPr>
        <w:pStyle w:val="ListBullet"/>
      </w:pPr>
      <w:r>
        <w:t>Physical disabilities.</w:t>
      </w:r>
    </w:p>
    <w:p w14:paraId="76CEBFA5" w14:textId="77777777" w:rsidR="00424A00" w:rsidRDefault="00000000">
      <w:pPr>
        <w:pStyle w:val="ListBullet"/>
      </w:pPr>
      <w:r>
        <w:t>Chronic illness.</w:t>
      </w:r>
    </w:p>
    <w:p w14:paraId="749B1D11" w14:textId="77777777" w:rsidR="00424A00" w:rsidRDefault="00000000">
      <w:pPr>
        <w:pStyle w:val="ListBullet"/>
      </w:pPr>
      <w:r>
        <w:t>Mental health conditions.</w:t>
      </w:r>
    </w:p>
    <w:p w14:paraId="7DB7063D" w14:textId="77777777" w:rsidR="00424A00" w:rsidRDefault="00000000">
      <w:pPr>
        <w:pStyle w:val="ListBullet"/>
      </w:pPr>
      <w:r>
        <w:t>Project Challenge will seek appropriate professional advice where the learner's needs are complex or outside the organisation's existing expertise.</w:t>
      </w:r>
    </w:p>
    <w:p w14:paraId="7177561B" w14:textId="77777777" w:rsidR="00424A00" w:rsidRDefault="00000000">
      <w:pPr>
        <w:pStyle w:val="Heading1"/>
      </w:pPr>
      <w:r>
        <w:t>15. FIRST AID AND EMERGENCY RESPONSE</w:t>
      </w:r>
    </w:p>
    <w:p w14:paraId="0A2F4512" w14:textId="77777777" w:rsidR="00424A00" w:rsidRDefault="00000000">
      <w:r>
        <w:t>Project Challenge will ensure that appropriate first aid arrangements are in place.</w:t>
      </w:r>
    </w:p>
    <w:p w14:paraId="52796F5F" w14:textId="77777777" w:rsidR="00424A00" w:rsidRDefault="00000000">
      <w:r>
        <w:t>Staff must call 999 immediately where a learner:</w:t>
      </w:r>
    </w:p>
    <w:p w14:paraId="17B27352" w14:textId="77777777" w:rsidR="00424A00" w:rsidRDefault="00000000">
      <w:pPr>
        <w:pStyle w:val="ListBullet"/>
      </w:pPr>
      <w:r>
        <w:lastRenderedPageBreak/>
        <w:t>Is seriously ill.</w:t>
      </w:r>
    </w:p>
    <w:p w14:paraId="33FEC22B" w14:textId="77777777" w:rsidR="00424A00" w:rsidRDefault="00000000">
      <w:pPr>
        <w:pStyle w:val="ListBullet"/>
      </w:pPr>
      <w:r>
        <w:t>Is seriously injured.</w:t>
      </w:r>
    </w:p>
    <w:p w14:paraId="4F6BB9FF" w14:textId="77777777" w:rsidR="00424A00" w:rsidRDefault="00000000">
      <w:pPr>
        <w:pStyle w:val="ListBullet"/>
      </w:pPr>
      <w:r>
        <w:t>Has difficulty breathing.</w:t>
      </w:r>
    </w:p>
    <w:p w14:paraId="72CB4553" w14:textId="77777777" w:rsidR="00424A00" w:rsidRDefault="00000000">
      <w:pPr>
        <w:pStyle w:val="ListBullet"/>
      </w:pPr>
      <w:r>
        <w:t>Is unconscious.</w:t>
      </w:r>
    </w:p>
    <w:p w14:paraId="7B2F6B3F" w14:textId="77777777" w:rsidR="00424A00" w:rsidRDefault="00000000">
      <w:pPr>
        <w:pStyle w:val="ListBullet"/>
      </w:pPr>
      <w:r>
        <w:t>Has a suspected anaphylactic reaction.</w:t>
      </w:r>
    </w:p>
    <w:p w14:paraId="653257E1" w14:textId="77777777" w:rsidR="00424A00" w:rsidRDefault="00000000">
      <w:pPr>
        <w:pStyle w:val="ListBullet"/>
      </w:pPr>
      <w:r>
        <w:t>Is experiencing a life-threatening medical emergency.</w:t>
      </w:r>
    </w:p>
    <w:p w14:paraId="576246A7" w14:textId="77777777" w:rsidR="00424A00" w:rsidRDefault="00000000">
      <w:pPr>
        <w:pStyle w:val="ListBullet"/>
      </w:pPr>
      <w:r>
        <w:t>Staff should not delay emergency medical treatment while attempting to contact parents/carers.</w:t>
      </w:r>
    </w:p>
    <w:p w14:paraId="703D4E6E" w14:textId="77777777" w:rsidR="00424A00" w:rsidRDefault="00000000">
      <w:pPr>
        <w:pStyle w:val="ListBullet"/>
      </w:pPr>
      <w:r>
        <w:t>Parents/carers should be informed as soon as reasonably practicable.</w:t>
      </w:r>
    </w:p>
    <w:p w14:paraId="7AF6C306" w14:textId="77777777" w:rsidR="00424A00" w:rsidRDefault="00000000">
      <w:pPr>
        <w:pStyle w:val="Heading1"/>
      </w:pPr>
      <w:r>
        <w:t>16. STAFF TRAINING AND COMPETENCY</w:t>
      </w:r>
    </w:p>
    <w:p w14:paraId="67A4C120" w14:textId="77777777" w:rsidR="00424A00" w:rsidRDefault="00000000">
      <w:r>
        <w:t>Project Challenge will ensure that relevant staff receive appropriate training based on the medical needs of learners.</w:t>
      </w:r>
    </w:p>
    <w:p w14:paraId="3691E3E2" w14:textId="77777777" w:rsidR="00424A00" w:rsidRDefault="00000000">
      <w:r>
        <w:t>Training may include:</w:t>
      </w:r>
    </w:p>
    <w:p w14:paraId="15E0273A" w14:textId="77777777" w:rsidR="00424A00" w:rsidRDefault="00000000">
      <w:pPr>
        <w:pStyle w:val="ListBullet"/>
      </w:pPr>
      <w:r>
        <w:t>Asthma awareness.</w:t>
      </w:r>
    </w:p>
    <w:p w14:paraId="534D928B" w14:textId="77777777" w:rsidR="00424A00" w:rsidRDefault="00000000">
      <w:pPr>
        <w:pStyle w:val="ListBullet"/>
      </w:pPr>
      <w:r>
        <w:t>Allergy and anaphylaxis awareness.</w:t>
      </w:r>
    </w:p>
    <w:p w14:paraId="61FBBA5B" w14:textId="77777777" w:rsidR="00424A00" w:rsidRDefault="00000000">
      <w:pPr>
        <w:pStyle w:val="ListBullet"/>
      </w:pPr>
      <w:r>
        <w:t>AAI/EpiPen training.</w:t>
      </w:r>
    </w:p>
    <w:p w14:paraId="1129296D" w14:textId="77777777" w:rsidR="00424A00" w:rsidRDefault="00000000">
      <w:pPr>
        <w:pStyle w:val="ListBullet"/>
      </w:pPr>
      <w:r>
        <w:t>Diabetes awareness.</w:t>
      </w:r>
    </w:p>
    <w:p w14:paraId="7326F171" w14:textId="77777777" w:rsidR="00424A00" w:rsidRDefault="00000000">
      <w:pPr>
        <w:pStyle w:val="ListBullet"/>
      </w:pPr>
      <w:r>
        <w:t>Epilepsy awareness.</w:t>
      </w:r>
    </w:p>
    <w:p w14:paraId="38097AC1" w14:textId="77777777" w:rsidR="00424A00" w:rsidRDefault="00000000">
      <w:pPr>
        <w:pStyle w:val="ListBullet"/>
      </w:pPr>
      <w:r>
        <w:t>First aid.</w:t>
      </w:r>
    </w:p>
    <w:p w14:paraId="5EB71DF2" w14:textId="77777777" w:rsidR="00424A00" w:rsidRDefault="00000000">
      <w:pPr>
        <w:pStyle w:val="ListBullet"/>
      </w:pPr>
      <w:r>
        <w:t>Mental health awareness.</w:t>
      </w:r>
    </w:p>
    <w:p w14:paraId="3204B2F8" w14:textId="77777777" w:rsidR="00424A00" w:rsidRDefault="00000000">
      <w:pPr>
        <w:pStyle w:val="ListBullet"/>
      </w:pPr>
      <w:r>
        <w:t>Other condition-specific training.</w:t>
      </w:r>
    </w:p>
    <w:p w14:paraId="795296B4" w14:textId="77777777" w:rsidR="00424A00" w:rsidRDefault="00000000">
      <w:pPr>
        <w:pStyle w:val="ListBullet"/>
      </w:pPr>
      <w:r>
        <w:t>Staff will not be expected to undertake medical procedures outside their training or competence.</w:t>
      </w:r>
    </w:p>
    <w:p w14:paraId="706C6396" w14:textId="77777777" w:rsidR="00424A00" w:rsidRDefault="00000000">
      <w:pPr>
        <w:pStyle w:val="ListBullet"/>
      </w:pPr>
      <w:r>
        <w:t>Where specialist training is required, Project Challenge will seek appropriate advice from healthcare professionals.</w:t>
      </w:r>
    </w:p>
    <w:p w14:paraId="0935566D" w14:textId="77777777" w:rsidR="00424A00" w:rsidRDefault="00000000">
      <w:pPr>
        <w:pStyle w:val="Heading1"/>
      </w:pPr>
      <w:r>
        <w:t>17. CONFIDENTIALITY AND INFORMATION SHARING</w:t>
      </w:r>
    </w:p>
    <w:p w14:paraId="5E413A7C" w14:textId="77777777" w:rsidR="00424A00" w:rsidRDefault="00000000">
      <w:r>
        <w:t>Medical information is confidential and must be handled appropriately.</w:t>
      </w:r>
    </w:p>
    <w:p w14:paraId="076D8B4E" w14:textId="77777777" w:rsidR="00424A00" w:rsidRDefault="00000000">
      <w:r>
        <w:t>Information will only be shared with staff who need to know in order to support the learner safely.</w:t>
      </w:r>
    </w:p>
    <w:p w14:paraId="1085E42A" w14:textId="77777777" w:rsidR="00424A00" w:rsidRDefault="00000000">
      <w:r>
        <w:t>However, confidentiality must not prevent appropriate information sharing where this is necessary to:</w:t>
      </w:r>
    </w:p>
    <w:p w14:paraId="7B8ED4E7" w14:textId="77777777" w:rsidR="00424A00" w:rsidRDefault="00000000">
      <w:pPr>
        <w:pStyle w:val="ListBullet"/>
      </w:pPr>
      <w:r>
        <w:t>Protect a learner's health.</w:t>
      </w:r>
    </w:p>
    <w:p w14:paraId="318AA438" w14:textId="77777777" w:rsidR="00424A00" w:rsidRDefault="00000000">
      <w:pPr>
        <w:pStyle w:val="ListBullet"/>
      </w:pPr>
      <w:r>
        <w:t>Respond to an emergency.</w:t>
      </w:r>
    </w:p>
    <w:p w14:paraId="2ECACD64" w14:textId="77777777" w:rsidR="00424A00" w:rsidRDefault="00000000">
      <w:pPr>
        <w:pStyle w:val="ListBullet"/>
      </w:pPr>
      <w:r>
        <w:t>Safeguard a learner.</w:t>
      </w:r>
    </w:p>
    <w:p w14:paraId="35362F06" w14:textId="77777777" w:rsidR="00424A00" w:rsidRDefault="00000000">
      <w:pPr>
        <w:pStyle w:val="ListBullet"/>
      </w:pPr>
      <w:r>
        <w:t>Arrange appropriate support.</w:t>
      </w:r>
    </w:p>
    <w:p w14:paraId="7AB6CDC5" w14:textId="77777777" w:rsidR="00424A00" w:rsidRDefault="00000000">
      <w:pPr>
        <w:pStyle w:val="ListBullet"/>
      </w:pPr>
      <w:r>
        <w:t>Medical information must be stored securely and handled in accordance with data protection requirements.</w:t>
      </w:r>
    </w:p>
    <w:p w14:paraId="510C86FA" w14:textId="77777777" w:rsidR="0016734A" w:rsidRDefault="0016734A">
      <w:pPr>
        <w:pStyle w:val="Heading1"/>
      </w:pPr>
    </w:p>
    <w:p w14:paraId="5201018A" w14:textId="6A8D7D4B" w:rsidR="00424A00" w:rsidRDefault="00000000">
      <w:pPr>
        <w:pStyle w:val="Heading1"/>
      </w:pPr>
      <w:r>
        <w:t>18. RISK ASSESSMENTS</w:t>
      </w:r>
    </w:p>
    <w:p w14:paraId="0BA4F875" w14:textId="77777777" w:rsidR="00424A00" w:rsidRDefault="00000000">
      <w:r>
        <w:t>A risk assessment should be completed where a learner's medical condition creates specific risks.</w:t>
      </w:r>
    </w:p>
    <w:p w14:paraId="52DC5481" w14:textId="77777777" w:rsidR="00424A00" w:rsidRDefault="00000000">
      <w:r>
        <w:t>Risk assessments may consider:</w:t>
      </w:r>
    </w:p>
    <w:p w14:paraId="69A2B4F3" w14:textId="77777777" w:rsidR="00424A00" w:rsidRDefault="00000000">
      <w:pPr>
        <w:pStyle w:val="ListBullet"/>
      </w:pPr>
      <w:r>
        <w:t>The learner's medical condition.</w:t>
      </w:r>
    </w:p>
    <w:p w14:paraId="2204B12F" w14:textId="77777777" w:rsidR="00424A00" w:rsidRDefault="00000000">
      <w:pPr>
        <w:pStyle w:val="ListBullet"/>
      </w:pPr>
      <w:r>
        <w:t>Known triggers.</w:t>
      </w:r>
    </w:p>
    <w:p w14:paraId="290E28EC" w14:textId="77777777" w:rsidR="00424A00" w:rsidRDefault="00000000">
      <w:pPr>
        <w:pStyle w:val="ListBullet"/>
      </w:pPr>
      <w:r>
        <w:t>Medication.</w:t>
      </w:r>
    </w:p>
    <w:p w14:paraId="1F44BF33" w14:textId="77777777" w:rsidR="00424A00" w:rsidRDefault="00000000">
      <w:pPr>
        <w:pStyle w:val="ListBullet"/>
      </w:pPr>
      <w:r>
        <w:t>Emergency arrangements.</w:t>
      </w:r>
    </w:p>
    <w:p w14:paraId="2B67DCB9" w14:textId="77777777" w:rsidR="00424A00" w:rsidRDefault="00000000">
      <w:pPr>
        <w:pStyle w:val="ListBullet"/>
      </w:pPr>
      <w:r>
        <w:t>Physical activity.</w:t>
      </w:r>
    </w:p>
    <w:p w14:paraId="4A8B6CD7" w14:textId="77777777" w:rsidR="00424A00" w:rsidRDefault="00000000">
      <w:pPr>
        <w:pStyle w:val="ListBullet"/>
      </w:pPr>
      <w:r>
        <w:t>Practical activities.</w:t>
      </w:r>
    </w:p>
    <w:p w14:paraId="61DB4075" w14:textId="77777777" w:rsidR="00424A00" w:rsidRDefault="00000000">
      <w:pPr>
        <w:pStyle w:val="ListBullet"/>
      </w:pPr>
      <w:r>
        <w:t>Food preparation.</w:t>
      </w:r>
    </w:p>
    <w:p w14:paraId="3344A5DE" w14:textId="77777777" w:rsidR="00424A00" w:rsidRDefault="00000000">
      <w:pPr>
        <w:pStyle w:val="ListBullet"/>
      </w:pPr>
      <w:r>
        <w:t>Off-site activities.</w:t>
      </w:r>
    </w:p>
    <w:p w14:paraId="6B9BF58F" w14:textId="77777777" w:rsidR="00424A00" w:rsidRDefault="00000000">
      <w:pPr>
        <w:pStyle w:val="ListBullet"/>
      </w:pPr>
      <w:r>
        <w:t>Work experience.</w:t>
      </w:r>
    </w:p>
    <w:p w14:paraId="59286CD4" w14:textId="77777777" w:rsidR="00424A00" w:rsidRDefault="00000000">
      <w:pPr>
        <w:pStyle w:val="ListBullet"/>
      </w:pPr>
      <w:r>
        <w:t>Environmental risks.</w:t>
      </w:r>
    </w:p>
    <w:p w14:paraId="7EE3E0D8" w14:textId="77777777" w:rsidR="00424A00" w:rsidRDefault="00000000">
      <w:pPr>
        <w:pStyle w:val="ListBullet"/>
      </w:pPr>
      <w:r>
        <w:t>Risk assessments should be reviewed when circumstances change.</w:t>
      </w:r>
    </w:p>
    <w:p w14:paraId="0735CAE3" w14:textId="77777777" w:rsidR="00424A00" w:rsidRDefault="00000000">
      <w:pPr>
        <w:pStyle w:val="Heading1"/>
      </w:pPr>
      <w:r>
        <w:t>19. EDUCATIONAL VISITS AND OFF-SITE ACTIVITIES</w:t>
      </w:r>
    </w:p>
    <w:p w14:paraId="35B52914" w14:textId="77777777" w:rsidR="00424A00" w:rsidRDefault="00000000">
      <w:r>
        <w:t>Learners with medical conditions should not be unnecessarily excluded from educational visits.</w:t>
      </w:r>
    </w:p>
    <w:p w14:paraId="01F5AA1A" w14:textId="77777777" w:rsidR="00424A00" w:rsidRDefault="00000000">
      <w:r>
        <w:t>Before a visit, staff should consider:</w:t>
      </w:r>
    </w:p>
    <w:p w14:paraId="488B6603" w14:textId="77777777" w:rsidR="00424A00" w:rsidRDefault="00000000">
      <w:pPr>
        <w:pStyle w:val="ListBullet"/>
      </w:pPr>
      <w:r>
        <w:t>The learner's medical condition.</w:t>
      </w:r>
    </w:p>
    <w:p w14:paraId="26D54E45" w14:textId="77777777" w:rsidR="00424A00" w:rsidRDefault="00000000">
      <w:pPr>
        <w:pStyle w:val="ListBullet"/>
      </w:pPr>
      <w:r>
        <w:t>Medication.</w:t>
      </w:r>
    </w:p>
    <w:p w14:paraId="60287AFD" w14:textId="77777777" w:rsidR="00424A00" w:rsidRDefault="00000000">
      <w:pPr>
        <w:pStyle w:val="ListBullet"/>
      </w:pPr>
      <w:r>
        <w:t>Emergency medication.</w:t>
      </w:r>
    </w:p>
    <w:p w14:paraId="0C033885" w14:textId="77777777" w:rsidR="00424A00" w:rsidRDefault="00000000">
      <w:pPr>
        <w:pStyle w:val="ListBullet"/>
      </w:pPr>
      <w:r>
        <w:t>Access to healthcare.</w:t>
      </w:r>
    </w:p>
    <w:p w14:paraId="729BFC69" w14:textId="77777777" w:rsidR="00424A00" w:rsidRDefault="00000000">
      <w:pPr>
        <w:pStyle w:val="ListBullet"/>
      </w:pPr>
      <w:r>
        <w:t>Emergency procedures.</w:t>
      </w:r>
    </w:p>
    <w:p w14:paraId="652F4DE4" w14:textId="77777777" w:rsidR="00424A00" w:rsidRDefault="00000000">
      <w:pPr>
        <w:pStyle w:val="ListBullet"/>
      </w:pPr>
      <w:r>
        <w:t>Staff awareness.</w:t>
      </w:r>
    </w:p>
    <w:p w14:paraId="62CC0682" w14:textId="77777777" w:rsidR="00424A00" w:rsidRDefault="00000000">
      <w:pPr>
        <w:pStyle w:val="ListBullet"/>
      </w:pPr>
      <w:r>
        <w:t>Risk assessments.</w:t>
      </w:r>
    </w:p>
    <w:p w14:paraId="48228B88" w14:textId="77777777" w:rsidR="00424A00" w:rsidRDefault="00000000">
      <w:pPr>
        <w:pStyle w:val="ListBullet"/>
      </w:pPr>
      <w:r>
        <w:t>Accessibility.</w:t>
      </w:r>
    </w:p>
    <w:p w14:paraId="704FC63B" w14:textId="77777777" w:rsidR="00424A00" w:rsidRDefault="00000000">
      <w:pPr>
        <w:pStyle w:val="ListBullet"/>
      </w:pPr>
      <w:r>
        <w:t>Transport arrangements.</w:t>
      </w:r>
    </w:p>
    <w:p w14:paraId="3F74BFDE" w14:textId="77777777" w:rsidR="00424A00" w:rsidRDefault="00000000">
      <w:pPr>
        <w:pStyle w:val="ListBullet"/>
      </w:pPr>
      <w:r>
        <w:t>Emergency medication must remain readily accessible.</w:t>
      </w:r>
    </w:p>
    <w:p w14:paraId="7CF179D7" w14:textId="77777777" w:rsidR="00424A00" w:rsidRDefault="00000000">
      <w:pPr>
        <w:pStyle w:val="ListBullet"/>
      </w:pPr>
      <w:r>
        <w:t>Where necessary, additional staff support should be considered.</w:t>
      </w:r>
    </w:p>
    <w:p w14:paraId="56DC3746" w14:textId="77777777" w:rsidR="00424A00" w:rsidRDefault="00000000">
      <w:pPr>
        <w:pStyle w:val="Heading1"/>
      </w:pPr>
      <w:r>
        <w:t>20. PHYSICAL ACTIVITY AND SPORT</w:t>
      </w:r>
    </w:p>
    <w:p w14:paraId="5941502B" w14:textId="77777777" w:rsidR="00424A00" w:rsidRDefault="00000000">
      <w:r>
        <w:t>Project Challenge recognises the importance of physical activity.</w:t>
      </w:r>
    </w:p>
    <w:p w14:paraId="39AD765C" w14:textId="77777777" w:rsidR="00424A00" w:rsidRDefault="00000000">
      <w:r>
        <w:t>Learners with medical conditions should be enabled to participate wherever reasonably possible.</w:t>
      </w:r>
    </w:p>
    <w:p w14:paraId="4EA2811C" w14:textId="77777777" w:rsidR="00424A00" w:rsidRDefault="00000000">
      <w:r>
        <w:t>Appropriate adjustments may include:</w:t>
      </w:r>
    </w:p>
    <w:p w14:paraId="4B3FF945" w14:textId="77777777" w:rsidR="00424A00" w:rsidRDefault="00000000">
      <w:pPr>
        <w:pStyle w:val="ListBullet"/>
      </w:pPr>
      <w:r>
        <w:t>Additional rest periods.</w:t>
      </w:r>
    </w:p>
    <w:p w14:paraId="704AADB2" w14:textId="77777777" w:rsidR="00424A00" w:rsidRDefault="00000000">
      <w:pPr>
        <w:pStyle w:val="ListBullet"/>
      </w:pPr>
      <w:r>
        <w:lastRenderedPageBreak/>
        <w:t>Reduced intensity.</w:t>
      </w:r>
    </w:p>
    <w:p w14:paraId="7BF67980" w14:textId="77777777" w:rsidR="00424A00" w:rsidRDefault="00000000">
      <w:pPr>
        <w:pStyle w:val="ListBullet"/>
      </w:pPr>
      <w:r>
        <w:t>Access to medication.</w:t>
      </w:r>
    </w:p>
    <w:p w14:paraId="39A01CA9" w14:textId="77777777" w:rsidR="00424A00" w:rsidRDefault="00000000">
      <w:pPr>
        <w:pStyle w:val="ListBullet"/>
      </w:pPr>
      <w:r>
        <w:t>Increased supervision.</w:t>
      </w:r>
    </w:p>
    <w:p w14:paraId="4E784E4B" w14:textId="77777777" w:rsidR="00424A00" w:rsidRDefault="00000000">
      <w:pPr>
        <w:pStyle w:val="ListBullet"/>
      </w:pPr>
      <w:r>
        <w:t>Alternative activities.</w:t>
      </w:r>
    </w:p>
    <w:p w14:paraId="78607759" w14:textId="77777777" w:rsidR="00424A00" w:rsidRDefault="00000000">
      <w:pPr>
        <w:pStyle w:val="ListBullet"/>
      </w:pPr>
      <w:r>
        <w:t>Medical advice should be sought where there is uncertainty about a learner's ability to participate safely.</w:t>
      </w:r>
    </w:p>
    <w:p w14:paraId="27CF84F3" w14:textId="77777777" w:rsidR="00424A00" w:rsidRDefault="00000000">
      <w:pPr>
        <w:pStyle w:val="Heading1"/>
      </w:pPr>
      <w:r>
        <w:t>21. FOOD, CATERING AND THE PROJECT CHALLENGE CAFÉ</w:t>
      </w:r>
    </w:p>
    <w:p w14:paraId="5F2C1C3E" w14:textId="77777777" w:rsidR="00424A00" w:rsidRDefault="00000000">
      <w:r>
        <w:t>Project Challenge recognises that food-related activities may present risks for learners with allergies and other medical conditions.</w:t>
      </w:r>
    </w:p>
    <w:p w14:paraId="3A4458AE" w14:textId="77777777" w:rsidR="00424A00" w:rsidRDefault="00000000">
      <w:r>
        <w:t>The Project Challenge Café will operate appropriate food safety and allergen procedures.</w:t>
      </w:r>
    </w:p>
    <w:p w14:paraId="6B0AE319" w14:textId="77777777" w:rsidR="00424A00" w:rsidRDefault="00000000">
      <w:r>
        <w:t>Staff must:</w:t>
      </w:r>
    </w:p>
    <w:p w14:paraId="1BB738C2" w14:textId="77777777" w:rsidR="00424A00" w:rsidRDefault="00000000">
      <w:pPr>
        <w:pStyle w:val="ListBullet"/>
      </w:pPr>
      <w:r>
        <w:t>Be aware of known food allergies.</w:t>
      </w:r>
    </w:p>
    <w:p w14:paraId="5F093BEC" w14:textId="77777777" w:rsidR="00424A00" w:rsidRDefault="00000000">
      <w:pPr>
        <w:pStyle w:val="ListBullet"/>
      </w:pPr>
      <w:r>
        <w:t>Follow allergen information procedures.</w:t>
      </w:r>
    </w:p>
    <w:p w14:paraId="004CB796" w14:textId="77777777" w:rsidR="00424A00" w:rsidRDefault="00000000">
      <w:pPr>
        <w:pStyle w:val="ListBullet"/>
      </w:pPr>
      <w:r>
        <w:t>Reduce cross-contamination risks.</w:t>
      </w:r>
    </w:p>
    <w:p w14:paraId="1A2BA9B8" w14:textId="77777777" w:rsidR="00424A00" w:rsidRDefault="00000000">
      <w:pPr>
        <w:pStyle w:val="ListBullet"/>
      </w:pPr>
      <w:r>
        <w:t>Follow food hygiene requirements.</w:t>
      </w:r>
    </w:p>
    <w:p w14:paraId="181AC27A" w14:textId="77777777" w:rsidR="00424A00" w:rsidRDefault="00000000">
      <w:pPr>
        <w:pStyle w:val="ListBullet"/>
      </w:pPr>
      <w:r>
        <w:t>Ensure learners with allergies are not unnecessarily excluded.</w:t>
      </w:r>
    </w:p>
    <w:p w14:paraId="55A380DE" w14:textId="77777777" w:rsidR="00424A00" w:rsidRDefault="00000000">
      <w:pPr>
        <w:pStyle w:val="ListBullet"/>
      </w:pPr>
      <w:r>
        <w:t>Where there is uncertainty about whether food is safe for a learner with a known allergy, the food must not be provided until the ingredients have been confirmed.</w:t>
      </w:r>
    </w:p>
    <w:p w14:paraId="7C9399AC" w14:textId="77777777" w:rsidR="00424A00" w:rsidRDefault="00000000">
      <w:pPr>
        <w:pStyle w:val="Heading1"/>
      </w:pPr>
      <w:r>
        <w:t>22. MENTAL HEALTH AND EMOTIONAL WELLBEING</w:t>
      </w:r>
    </w:p>
    <w:p w14:paraId="457B4369" w14:textId="77777777" w:rsidR="00424A00" w:rsidRDefault="00000000">
      <w:r>
        <w:t>Project Challenge recognises that medical conditions can affect a learner's emotional wellbeing.</w:t>
      </w:r>
    </w:p>
    <w:p w14:paraId="24D5EA96" w14:textId="77777777" w:rsidR="00424A00" w:rsidRDefault="00000000">
      <w:r>
        <w:t>Learners may experience:</w:t>
      </w:r>
    </w:p>
    <w:p w14:paraId="3D95555C" w14:textId="77777777" w:rsidR="00424A00" w:rsidRDefault="00000000">
      <w:pPr>
        <w:pStyle w:val="ListBullet"/>
      </w:pPr>
      <w:r>
        <w:t>Anxiety.</w:t>
      </w:r>
    </w:p>
    <w:p w14:paraId="24F86E3C" w14:textId="77777777" w:rsidR="00424A00" w:rsidRDefault="00000000">
      <w:pPr>
        <w:pStyle w:val="ListBullet"/>
      </w:pPr>
      <w:r>
        <w:t>Fear.</w:t>
      </w:r>
    </w:p>
    <w:p w14:paraId="69A9B608" w14:textId="77777777" w:rsidR="00424A00" w:rsidRDefault="00000000">
      <w:pPr>
        <w:pStyle w:val="ListBullet"/>
      </w:pPr>
      <w:r>
        <w:t>Embarrassment.</w:t>
      </w:r>
    </w:p>
    <w:p w14:paraId="2EB940A0" w14:textId="77777777" w:rsidR="00424A00" w:rsidRDefault="00000000">
      <w:pPr>
        <w:pStyle w:val="ListBullet"/>
      </w:pPr>
      <w:r>
        <w:t>Social isolation.</w:t>
      </w:r>
    </w:p>
    <w:p w14:paraId="13F10D4C" w14:textId="77777777" w:rsidR="00424A00" w:rsidRDefault="00000000">
      <w:pPr>
        <w:pStyle w:val="ListBullet"/>
      </w:pPr>
      <w:r>
        <w:t>Reduced confidence.</w:t>
      </w:r>
    </w:p>
    <w:p w14:paraId="2197E7EA" w14:textId="77777777" w:rsidR="00424A00" w:rsidRDefault="00000000">
      <w:pPr>
        <w:pStyle w:val="ListBullet"/>
      </w:pPr>
      <w:r>
        <w:t>Worry about medical emergencies.</w:t>
      </w:r>
    </w:p>
    <w:p w14:paraId="5BA8C489" w14:textId="77777777" w:rsidR="00424A00" w:rsidRDefault="00000000">
      <w:pPr>
        <w:pStyle w:val="ListBullet"/>
      </w:pPr>
      <w:r>
        <w:t>Staff should be alert to the emotional impact of medical conditions.</w:t>
      </w:r>
    </w:p>
    <w:p w14:paraId="7488B560" w14:textId="77777777" w:rsidR="00424A00" w:rsidRDefault="00000000">
      <w:pPr>
        <w:pStyle w:val="ListBullet"/>
      </w:pPr>
      <w:r>
        <w:t>Appropriate support may include:</w:t>
      </w:r>
    </w:p>
    <w:p w14:paraId="3BA31C83" w14:textId="77777777" w:rsidR="00424A00" w:rsidRDefault="00000000">
      <w:pPr>
        <w:pStyle w:val="ListBullet"/>
      </w:pPr>
      <w:r>
        <w:t>Pastoral support.</w:t>
      </w:r>
    </w:p>
    <w:p w14:paraId="7B8991FF" w14:textId="77777777" w:rsidR="00424A00" w:rsidRDefault="00000000">
      <w:pPr>
        <w:pStyle w:val="ListBullet"/>
      </w:pPr>
      <w:r>
        <w:t>Tutor support.</w:t>
      </w:r>
    </w:p>
    <w:p w14:paraId="67B2DD9E" w14:textId="77777777" w:rsidR="00424A00" w:rsidRDefault="00000000">
      <w:pPr>
        <w:pStyle w:val="ListBullet"/>
      </w:pPr>
      <w:r>
        <w:t>Learner voice.</w:t>
      </w:r>
    </w:p>
    <w:p w14:paraId="53ECEB83" w14:textId="77777777" w:rsidR="00424A00" w:rsidRDefault="00000000">
      <w:pPr>
        <w:pStyle w:val="ListBullet"/>
      </w:pPr>
      <w:r>
        <w:t>Reasonable adjustments.</w:t>
      </w:r>
    </w:p>
    <w:p w14:paraId="4313D6C2" w14:textId="77777777" w:rsidR="00424A00" w:rsidRDefault="00000000">
      <w:pPr>
        <w:pStyle w:val="ListBullet"/>
      </w:pPr>
      <w:r>
        <w:t>Referral to appropriate services.</w:t>
      </w:r>
    </w:p>
    <w:p w14:paraId="6B22A5F8" w14:textId="77777777" w:rsidR="00424A00" w:rsidRDefault="00000000">
      <w:pPr>
        <w:pStyle w:val="ListBullet"/>
      </w:pPr>
      <w:r>
        <w:t>Support from parents/carers.</w:t>
      </w:r>
    </w:p>
    <w:p w14:paraId="52ED6A16" w14:textId="77777777" w:rsidR="0016734A" w:rsidRDefault="0016734A">
      <w:pPr>
        <w:pStyle w:val="Heading1"/>
      </w:pPr>
    </w:p>
    <w:p w14:paraId="2B45FE9A" w14:textId="68A311C4" w:rsidR="00424A00" w:rsidRDefault="00000000">
      <w:pPr>
        <w:pStyle w:val="Heading1"/>
      </w:pPr>
      <w:r>
        <w:t>23. SAFEGUARDING</w:t>
      </w:r>
    </w:p>
    <w:p w14:paraId="374515D0" w14:textId="77777777" w:rsidR="00424A00" w:rsidRDefault="00000000">
      <w:r>
        <w:t>Medical needs may sometimes have safeguarding implications.</w:t>
      </w:r>
    </w:p>
    <w:p w14:paraId="7062AB6B" w14:textId="77777777" w:rsidR="00424A00" w:rsidRDefault="00000000">
      <w:r>
        <w:t>Project Challenge will consider whether:</w:t>
      </w:r>
    </w:p>
    <w:p w14:paraId="1457266E" w14:textId="77777777" w:rsidR="00424A00" w:rsidRDefault="00000000">
      <w:pPr>
        <w:pStyle w:val="ListBullet"/>
      </w:pPr>
      <w:r>
        <w:t>A learner is not receiving appropriate medical care.</w:t>
      </w:r>
    </w:p>
    <w:p w14:paraId="6E69F57E" w14:textId="77777777" w:rsidR="00424A00" w:rsidRDefault="00000000">
      <w:pPr>
        <w:pStyle w:val="ListBullet"/>
      </w:pPr>
      <w:r>
        <w:t>A parent/carer is not providing essential medication.</w:t>
      </w:r>
    </w:p>
    <w:p w14:paraId="71FBD111" w14:textId="77777777" w:rsidR="00424A00" w:rsidRDefault="00000000">
      <w:pPr>
        <w:pStyle w:val="ListBullet"/>
      </w:pPr>
      <w:r>
        <w:t>A learner's condition is being deliberately neglected.</w:t>
      </w:r>
    </w:p>
    <w:p w14:paraId="64906166" w14:textId="77777777" w:rsidR="00424A00" w:rsidRDefault="00000000">
      <w:pPr>
        <w:pStyle w:val="ListBullet"/>
      </w:pPr>
      <w:r>
        <w:t>A learner is being bullied because of their medical condition.</w:t>
      </w:r>
    </w:p>
    <w:p w14:paraId="11F5795F" w14:textId="77777777" w:rsidR="00424A00" w:rsidRDefault="00000000">
      <w:pPr>
        <w:pStyle w:val="ListBullet"/>
      </w:pPr>
      <w:r>
        <w:t>A learner's medication is being deliberately withheld or interfered with.</w:t>
      </w:r>
    </w:p>
    <w:p w14:paraId="113DF9E5" w14:textId="77777777" w:rsidR="00424A00" w:rsidRDefault="00000000">
      <w:pPr>
        <w:pStyle w:val="ListBullet"/>
      </w:pPr>
      <w:r>
        <w:t>Any safeguarding concerns must be reported in accordance with the Safeguarding and Child Protection Policy.</w:t>
      </w:r>
    </w:p>
    <w:p w14:paraId="11A88B81" w14:textId="77777777" w:rsidR="00424A00" w:rsidRDefault="00000000">
      <w:pPr>
        <w:pStyle w:val="Heading1"/>
      </w:pPr>
      <w:r>
        <w:t>24. EQUALITY, INCLUSION AND REASONABLE ADJUSTMENTS</w:t>
      </w:r>
    </w:p>
    <w:p w14:paraId="09FC8804" w14:textId="77777777" w:rsidR="00424A00" w:rsidRDefault="00000000">
      <w:r>
        <w:t>Project Challenge is committed to ensuring that learners with medical conditions are not disadvantaged.</w:t>
      </w:r>
    </w:p>
    <w:p w14:paraId="37FAC51D" w14:textId="77777777" w:rsidR="00424A00" w:rsidRDefault="00000000">
      <w:r>
        <w:t>Reasonable adjustments will be considered where required.</w:t>
      </w:r>
    </w:p>
    <w:p w14:paraId="2A68C433" w14:textId="77777777" w:rsidR="00424A00" w:rsidRDefault="00000000">
      <w:r>
        <w:t>Adjustments may include:</w:t>
      </w:r>
    </w:p>
    <w:p w14:paraId="103BAA21" w14:textId="77777777" w:rsidR="00424A00" w:rsidRDefault="00000000">
      <w:pPr>
        <w:pStyle w:val="ListBullet"/>
      </w:pPr>
      <w:r>
        <w:t>Changes to timetables.</w:t>
      </w:r>
    </w:p>
    <w:p w14:paraId="5BFA600B" w14:textId="77777777" w:rsidR="00424A00" w:rsidRDefault="00000000">
      <w:pPr>
        <w:pStyle w:val="ListBullet"/>
      </w:pPr>
      <w:r>
        <w:t>Additional breaks.</w:t>
      </w:r>
    </w:p>
    <w:p w14:paraId="2F437EB5" w14:textId="77777777" w:rsidR="00424A00" w:rsidRDefault="00000000">
      <w:pPr>
        <w:pStyle w:val="ListBullet"/>
      </w:pPr>
      <w:r>
        <w:t>Access to medication.</w:t>
      </w:r>
    </w:p>
    <w:p w14:paraId="4B60B122" w14:textId="77777777" w:rsidR="00424A00" w:rsidRDefault="00000000">
      <w:pPr>
        <w:pStyle w:val="ListBullet"/>
      </w:pPr>
      <w:r>
        <w:t>Changes to activities.</w:t>
      </w:r>
    </w:p>
    <w:p w14:paraId="577834D9" w14:textId="77777777" w:rsidR="00424A00" w:rsidRDefault="00000000">
      <w:pPr>
        <w:pStyle w:val="ListBullet"/>
      </w:pPr>
      <w:r>
        <w:t>Additional supervision.</w:t>
      </w:r>
    </w:p>
    <w:p w14:paraId="39905E52" w14:textId="77777777" w:rsidR="00424A00" w:rsidRDefault="00000000">
      <w:pPr>
        <w:pStyle w:val="ListBullet"/>
      </w:pPr>
      <w:r>
        <w:t>Changes to the learning environment.</w:t>
      </w:r>
    </w:p>
    <w:p w14:paraId="727F426F" w14:textId="77777777" w:rsidR="00424A00" w:rsidRDefault="00000000">
      <w:pPr>
        <w:pStyle w:val="ListBullet"/>
      </w:pPr>
      <w:r>
        <w:t>Support with attendance.</w:t>
      </w:r>
    </w:p>
    <w:p w14:paraId="17248394" w14:textId="77777777" w:rsidR="00424A00" w:rsidRDefault="00000000">
      <w:pPr>
        <w:pStyle w:val="ListBullet"/>
      </w:pPr>
      <w:r>
        <w:t>Alternative arrangements for assessments.</w:t>
      </w:r>
    </w:p>
    <w:p w14:paraId="6ED883C7" w14:textId="77777777" w:rsidR="00424A00" w:rsidRDefault="00000000">
      <w:pPr>
        <w:pStyle w:val="ListBullet"/>
      </w:pPr>
      <w:r>
        <w:t>The aim is to enable learners to participate as fully as possible.</w:t>
      </w:r>
    </w:p>
    <w:p w14:paraId="03446048" w14:textId="77777777" w:rsidR="00424A00" w:rsidRDefault="00000000">
      <w:pPr>
        <w:pStyle w:val="Heading1"/>
      </w:pPr>
      <w:r>
        <w:t>25. ATTENDANCE AND MEDICAL APPOINTMENTS</w:t>
      </w:r>
    </w:p>
    <w:p w14:paraId="712E6EB7" w14:textId="77777777" w:rsidR="00424A00" w:rsidRDefault="00000000">
      <w:r>
        <w:t>Project Challenge recognises that some learners may require regular medical appointments.</w:t>
      </w:r>
    </w:p>
    <w:p w14:paraId="1D5A440B" w14:textId="77777777" w:rsidR="00424A00" w:rsidRDefault="00000000">
      <w:r>
        <w:t>Where possible, learners will be supported to attend necessary appointments without unnecessary barriers to their education.</w:t>
      </w:r>
    </w:p>
    <w:p w14:paraId="2AF11112" w14:textId="77777777" w:rsidR="00424A00" w:rsidRDefault="00000000">
      <w:r>
        <w:t>The organisation will consider:</w:t>
      </w:r>
    </w:p>
    <w:p w14:paraId="7D28A66B" w14:textId="77777777" w:rsidR="00424A00" w:rsidRDefault="00000000">
      <w:pPr>
        <w:pStyle w:val="ListBullet"/>
      </w:pPr>
      <w:r>
        <w:t>The frequency of appointments.</w:t>
      </w:r>
    </w:p>
    <w:p w14:paraId="1B8550A2" w14:textId="77777777" w:rsidR="00424A00" w:rsidRDefault="00000000">
      <w:pPr>
        <w:pStyle w:val="ListBullet"/>
      </w:pPr>
      <w:r>
        <w:t>The impact on attendance.</w:t>
      </w:r>
    </w:p>
    <w:p w14:paraId="647310C5" w14:textId="77777777" w:rsidR="00424A00" w:rsidRDefault="00000000">
      <w:pPr>
        <w:pStyle w:val="ListBullet"/>
      </w:pPr>
      <w:r>
        <w:t>The learner's medical needs.</w:t>
      </w:r>
    </w:p>
    <w:p w14:paraId="2D573F11" w14:textId="77777777" w:rsidR="00424A00" w:rsidRDefault="00000000">
      <w:pPr>
        <w:pStyle w:val="ListBullet"/>
      </w:pPr>
      <w:r>
        <w:t>Reasonable adjustments.</w:t>
      </w:r>
    </w:p>
    <w:p w14:paraId="071B3F6E" w14:textId="77777777" w:rsidR="00424A00" w:rsidRDefault="00000000">
      <w:pPr>
        <w:pStyle w:val="ListBullet"/>
      </w:pPr>
      <w:r>
        <w:t>Catch-up arrangements where appropriate.</w:t>
      </w:r>
    </w:p>
    <w:p w14:paraId="3B5D00AE" w14:textId="77777777" w:rsidR="00424A00" w:rsidRDefault="00000000">
      <w:pPr>
        <w:pStyle w:val="Heading1"/>
      </w:pPr>
      <w:r>
        <w:lastRenderedPageBreak/>
        <w:t>26. RECORDING AND REPORTING INCIDENTS</w:t>
      </w:r>
    </w:p>
    <w:p w14:paraId="79EFE302" w14:textId="77777777" w:rsidR="00424A00" w:rsidRDefault="00000000">
      <w:r>
        <w:t>Significant medical incidents must be recorded.</w:t>
      </w:r>
    </w:p>
    <w:p w14:paraId="02E4AEBA" w14:textId="77777777" w:rsidR="00424A00" w:rsidRDefault="00000000">
      <w:r>
        <w:t>Records should include:</w:t>
      </w:r>
    </w:p>
    <w:p w14:paraId="1A0FD7BC" w14:textId="77777777" w:rsidR="00424A00" w:rsidRDefault="00000000">
      <w:pPr>
        <w:pStyle w:val="ListBullet"/>
      </w:pPr>
      <w:r>
        <w:t>Date and time.</w:t>
      </w:r>
    </w:p>
    <w:p w14:paraId="6CD409AF" w14:textId="77777777" w:rsidR="00424A00" w:rsidRDefault="00000000">
      <w:pPr>
        <w:pStyle w:val="ListBullet"/>
      </w:pPr>
      <w:r>
        <w:t>Learner's name.</w:t>
      </w:r>
    </w:p>
    <w:p w14:paraId="1D846CDF" w14:textId="77777777" w:rsidR="00424A00" w:rsidRDefault="00000000">
      <w:pPr>
        <w:pStyle w:val="ListBullet"/>
      </w:pPr>
      <w:r>
        <w:t>Medical condition.</w:t>
      </w:r>
    </w:p>
    <w:p w14:paraId="7C5168DF" w14:textId="77777777" w:rsidR="00424A00" w:rsidRDefault="00000000">
      <w:pPr>
        <w:pStyle w:val="ListBullet"/>
      </w:pPr>
      <w:r>
        <w:t>Symptoms.</w:t>
      </w:r>
    </w:p>
    <w:p w14:paraId="5A312640" w14:textId="77777777" w:rsidR="00424A00" w:rsidRDefault="00000000">
      <w:pPr>
        <w:pStyle w:val="ListBullet"/>
      </w:pPr>
      <w:r>
        <w:t>Action taken.</w:t>
      </w:r>
    </w:p>
    <w:p w14:paraId="2A954D07" w14:textId="77777777" w:rsidR="00424A00" w:rsidRDefault="00000000">
      <w:pPr>
        <w:pStyle w:val="ListBullet"/>
      </w:pPr>
      <w:r>
        <w:t>Medication administered, where applicable.</w:t>
      </w:r>
    </w:p>
    <w:p w14:paraId="3CB8CEF9" w14:textId="77777777" w:rsidR="00424A00" w:rsidRDefault="00000000">
      <w:pPr>
        <w:pStyle w:val="ListBullet"/>
      </w:pPr>
      <w:r>
        <w:t>Emergency services involvement.</w:t>
      </w:r>
    </w:p>
    <w:p w14:paraId="18E90099" w14:textId="77777777" w:rsidR="00424A00" w:rsidRDefault="00000000">
      <w:pPr>
        <w:pStyle w:val="ListBullet"/>
      </w:pPr>
      <w:r>
        <w:t>Outcome.</w:t>
      </w:r>
    </w:p>
    <w:p w14:paraId="3DC8B4C4" w14:textId="77777777" w:rsidR="00424A00" w:rsidRDefault="00000000">
      <w:pPr>
        <w:pStyle w:val="ListBullet"/>
      </w:pPr>
      <w:r>
        <w:t>Follow-up actions.</w:t>
      </w:r>
    </w:p>
    <w:p w14:paraId="57CB8C1B" w14:textId="77777777" w:rsidR="00424A00" w:rsidRDefault="00000000">
      <w:pPr>
        <w:pStyle w:val="ListBullet"/>
      </w:pPr>
      <w:r>
        <w:t>The incident should be reviewed to determine whether:</w:t>
      </w:r>
    </w:p>
    <w:p w14:paraId="36CADDE5" w14:textId="77777777" w:rsidR="00424A00" w:rsidRDefault="00000000">
      <w:pPr>
        <w:pStyle w:val="ListBullet"/>
      </w:pPr>
      <w:r>
        <w:t>The IHP needs updating.</w:t>
      </w:r>
    </w:p>
    <w:p w14:paraId="1FAF7E39" w14:textId="77777777" w:rsidR="00424A00" w:rsidRDefault="00000000">
      <w:pPr>
        <w:pStyle w:val="ListBullet"/>
      </w:pPr>
      <w:r>
        <w:t>The risk assessment needs reviewing.</w:t>
      </w:r>
    </w:p>
    <w:p w14:paraId="2A8A16FE" w14:textId="77777777" w:rsidR="00424A00" w:rsidRDefault="00000000">
      <w:pPr>
        <w:pStyle w:val="ListBullet"/>
      </w:pPr>
      <w:r>
        <w:t>Staff training needs updating.</w:t>
      </w:r>
    </w:p>
    <w:p w14:paraId="0EA0D04A" w14:textId="77777777" w:rsidR="00424A00" w:rsidRDefault="00000000">
      <w:pPr>
        <w:pStyle w:val="ListBullet"/>
      </w:pPr>
      <w:r>
        <w:t>Additional support is required.</w:t>
      </w:r>
    </w:p>
    <w:p w14:paraId="4A635B55" w14:textId="77777777" w:rsidR="00424A00" w:rsidRDefault="00000000">
      <w:pPr>
        <w:pStyle w:val="Heading1"/>
      </w:pPr>
      <w:r>
        <w:t>27. MEDICATION ERRORS AND INCIDENTS</w:t>
      </w:r>
    </w:p>
    <w:p w14:paraId="60B3AB69" w14:textId="77777777" w:rsidR="00424A00" w:rsidRDefault="00000000">
      <w:r>
        <w:t>Any medication error or incident must be reported immediately to the Head of Centre or Operations Manager.</w:t>
      </w:r>
    </w:p>
    <w:p w14:paraId="67C3CBAF" w14:textId="77777777" w:rsidR="00424A00" w:rsidRDefault="00000000">
      <w:r>
        <w:t>This includes:</w:t>
      </w:r>
    </w:p>
    <w:p w14:paraId="5D69F208" w14:textId="77777777" w:rsidR="00424A00" w:rsidRDefault="00000000">
      <w:pPr>
        <w:pStyle w:val="ListBullet"/>
      </w:pPr>
      <w:r>
        <w:t>Incorrect medication.</w:t>
      </w:r>
    </w:p>
    <w:p w14:paraId="4477079B" w14:textId="77777777" w:rsidR="00424A00" w:rsidRDefault="00000000">
      <w:pPr>
        <w:pStyle w:val="ListBullet"/>
      </w:pPr>
      <w:r>
        <w:t>Incorrect dose.</w:t>
      </w:r>
    </w:p>
    <w:p w14:paraId="256B91F6" w14:textId="77777777" w:rsidR="00424A00" w:rsidRDefault="00000000">
      <w:pPr>
        <w:pStyle w:val="ListBullet"/>
      </w:pPr>
      <w:r>
        <w:t>Medication given to the wrong learner.</w:t>
      </w:r>
    </w:p>
    <w:p w14:paraId="2ACB5D3D" w14:textId="77777777" w:rsidR="00424A00" w:rsidRDefault="00000000">
      <w:pPr>
        <w:pStyle w:val="ListBullet"/>
      </w:pPr>
      <w:r>
        <w:t>Missed medication.</w:t>
      </w:r>
    </w:p>
    <w:p w14:paraId="56C4C2F4" w14:textId="77777777" w:rsidR="00424A00" w:rsidRDefault="00000000">
      <w:pPr>
        <w:pStyle w:val="ListBullet"/>
      </w:pPr>
      <w:r>
        <w:t>Delayed emergency medication.</w:t>
      </w:r>
    </w:p>
    <w:p w14:paraId="5577E3A8" w14:textId="77777777" w:rsidR="00424A00" w:rsidRDefault="00000000">
      <w:pPr>
        <w:pStyle w:val="ListBullet"/>
      </w:pPr>
      <w:r>
        <w:t>Accidental administration.</w:t>
      </w:r>
    </w:p>
    <w:p w14:paraId="736575C6" w14:textId="77777777" w:rsidR="00424A00" w:rsidRDefault="00000000">
      <w:pPr>
        <w:pStyle w:val="ListBullet"/>
      </w:pPr>
      <w:r>
        <w:t>Medication that is unavailable or out of date.</w:t>
      </w:r>
    </w:p>
    <w:p w14:paraId="166433A7" w14:textId="77777777" w:rsidR="00424A00" w:rsidRDefault="00000000">
      <w:pPr>
        <w:pStyle w:val="ListBullet"/>
      </w:pPr>
      <w:r>
        <w:t>All incidents must be recorded and reviewed.</w:t>
      </w:r>
    </w:p>
    <w:p w14:paraId="1D1E57C6" w14:textId="77777777" w:rsidR="00424A00" w:rsidRDefault="00000000">
      <w:pPr>
        <w:pStyle w:val="ListBullet"/>
      </w:pPr>
      <w:r>
        <w:t>Where appropriate, parents/carers and relevant healthcare professionals should be informed.</w:t>
      </w:r>
    </w:p>
    <w:p w14:paraId="301A130F" w14:textId="77777777" w:rsidR="00424A00" w:rsidRDefault="00000000">
      <w:pPr>
        <w:pStyle w:val="Heading1"/>
      </w:pPr>
      <w:r>
        <w:t>28. INSURANCE AND LIABILITY</w:t>
      </w:r>
    </w:p>
    <w:p w14:paraId="7359EEE7" w14:textId="77777777" w:rsidR="00424A00" w:rsidRDefault="00000000">
      <w:r>
        <w:t>Project Challenge maintains appropriate insurance arrangements for its activities.</w:t>
      </w:r>
    </w:p>
    <w:p w14:paraId="5C2F068F" w14:textId="77777777" w:rsidR="00424A00" w:rsidRDefault="00000000">
      <w:r>
        <w:t>Staff acting within their role, training and organisational procedures will be covered by the organisation's insurance arrangements, subject to the terms of the relevant policy.</w:t>
      </w:r>
    </w:p>
    <w:p w14:paraId="131B7258" w14:textId="77777777" w:rsidR="00424A00" w:rsidRDefault="00000000">
      <w:r>
        <w:t>Staff are not expected to undertake medical procedures outside their training, competence or agreed responsibilities.</w:t>
      </w:r>
    </w:p>
    <w:p w14:paraId="1EFE5E02" w14:textId="77777777" w:rsidR="00424A00" w:rsidRDefault="00000000">
      <w:pPr>
        <w:pStyle w:val="Heading1"/>
      </w:pPr>
      <w:r>
        <w:lastRenderedPageBreak/>
        <w:t>29. COMPLAINTS AND CONCERNS</w:t>
      </w:r>
    </w:p>
    <w:p w14:paraId="1F692382" w14:textId="77777777" w:rsidR="00424A00" w:rsidRDefault="00000000">
      <w:r>
        <w:t>Any concerns regarding the support provided to a learner with a medical condition should be raised with the Head of Centre.</w:t>
      </w:r>
    </w:p>
    <w:p w14:paraId="1F83EF38" w14:textId="77777777" w:rsidR="00424A00" w:rsidRDefault="00000000">
      <w:r>
        <w:t>Concerns will be considered in accordance with Project Challenge's Complaints Policy.</w:t>
      </w:r>
    </w:p>
    <w:p w14:paraId="237D0BA4" w14:textId="77777777" w:rsidR="00424A00" w:rsidRDefault="00000000">
      <w:r>
        <w:t>Project Challenge will seek to resolve concerns collaboratively and promptly.</w:t>
      </w:r>
    </w:p>
    <w:p w14:paraId="0F345352" w14:textId="77777777" w:rsidR="00424A00" w:rsidRDefault="00000000">
      <w:pPr>
        <w:pStyle w:val="Heading1"/>
      </w:pPr>
      <w:r>
        <w:t>30. REVIEW OF THE POLICY</w:t>
      </w:r>
    </w:p>
    <w:p w14:paraId="656D21DD" w14:textId="77777777" w:rsidR="00424A00" w:rsidRDefault="00000000">
      <w:r>
        <w:t>This policy will be reviewed annually or sooner where:</w:t>
      </w:r>
    </w:p>
    <w:p w14:paraId="26B91A84" w14:textId="77777777" w:rsidR="00424A00" w:rsidRDefault="00000000">
      <w:pPr>
        <w:pStyle w:val="ListBullet"/>
      </w:pPr>
      <w:r>
        <w:t>Legislation or statutory guidance changes.</w:t>
      </w:r>
    </w:p>
    <w:p w14:paraId="263AFDC4" w14:textId="77777777" w:rsidR="00424A00" w:rsidRDefault="00000000">
      <w:pPr>
        <w:pStyle w:val="ListBullet"/>
      </w:pPr>
      <w:r>
        <w:t>A significant medical incident occurs.</w:t>
      </w:r>
    </w:p>
    <w:p w14:paraId="40260A71" w14:textId="77777777" w:rsidR="00424A00" w:rsidRDefault="00000000">
      <w:pPr>
        <w:pStyle w:val="ListBullet"/>
      </w:pPr>
      <w:r>
        <w:t>A learner's medical needs change.</w:t>
      </w:r>
    </w:p>
    <w:p w14:paraId="0E6B5A69" w14:textId="77777777" w:rsidR="00424A00" w:rsidRDefault="00000000">
      <w:pPr>
        <w:pStyle w:val="ListBullet"/>
      </w:pPr>
      <w:r>
        <w:t>A medication error occurs.</w:t>
      </w:r>
    </w:p>
    <w:p w14:paraId="47781AF4" w14:textId="77777777" w:rsidR="00424A00" w:rsidRDefault="00000000">
      <w:pPr>
        <w:pStyle w:val="ListBullet"/>
      </w:pPr>
      <w:r>
        <w:t>A serious incident identifies a need for improvement.</w:t>
      </w:r>
    </w:p>
    <w:p w14:paraId="65AECDF1" w14:textId="77777777" w:rsidR="00424A00" w:rsidRDefault="00000000">
      <w:pPr>
        <w:pStyle w:val="ListBullet"/>
      </w:pPr>
      <w:r>
        <w:t>Project Challenge's activities or provision change.</w:t>
      </w:r>
    </w:p>
    <w:p w14:paraId="7E1F8571" w14:textId="77777777" w:rsidR="00424A00" w:rsidRDefault="00000000">
      <w:pPr>
        <w:pStyle w:val="Heading1"/>
      </w:pPr>
      <w:r>
        <w:t>PROJECT CHALLENGE'S COMMITMENT</w:t>
      </w:r>
    </w:p>
    <w:p w14:paraId="1A4F39A9" w14:textId="77777777" w:rsidR="00424A00" w:rsidRDefault="00000000">
      <w:r>
        <w:rPr>
          <w:sz w:val="14"/>
        </w:rPr>
        <w:t>Project Challenge is committed to creating an inclusive, supportive and safe environment in which learners with medical conditions can access education and participate fully in the life of the organisation wherever reasonably possible.</w:t>
      </w:r>
    </w:p>
    <w:p w14:paraId="6C63DABD" w14:textId="77777777" w:rsidR="00424A00" w:rsidRDefault="00000000">
      <w:r>
        <w:rPr>
          <w:sz w:val="14"/>
        </w:rPr>
        <w:t>We recognise that our learners are young people who are developing independence and life skills. We will therefore encourage and support learners to understand and manage their own health needs wherever it is safe and appropriate for them to do so.</w:t>
      </w:r>
    </w:p>
    <w:p w14:paraId="4DCB7667" w14:textId="77777777" w:rsidR="00424A00" w:rsidRDefault="00000000">
      <w:r>
        <w:rPr>
          <w:sz w:val="14"/>
        </w:rPr>
        <w:t>We recognise that staff are not medical professionals and will not routinely administer prescribed medication. Staff will, however, respond appropriately to medical emergencies and follow agreed Individual Healthcare Plans and emergency procedures.</w:t>
      </w:r>
    </w:p>
    <w:p w14:paraId="118A1CEC" w14:textId="77777777" w:rsidR="00424A00" w:rsidRDefault="00000000">
      <w:r>
        <w:rPr>
          <w:sz w:val="14"/>
        </w:rPr>
        <w:t>Where an emergency presents a risk to life, staff will act promptly, seek emergency medical assistance and provide appropriate support within their training and competence.</w:t>
      </w:r>
    </w:p>
    <w:p w14:paraId="7A84327E" w14:textId="77777777" w:rsidR="00424A00" w:rsidRDefault="00000000">
      <w:r>
        <w:rPr>
          <w:sz w:val="14"/>
        </w:rPr>
        <w:t>Our approach is based on individual need, inclusion, dignity and respect. We will work with learners, parents/carers, healthcare professionals and partner organisations to ensure that medical conditions do not unnecessarily become a barrier to education, personal development or future opportunities.</w:t>
      </w:r>
    </w:p>
    <w:sectPr w:rsidR="00424A00"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3D10" w14:textId="77777777" w:rsidR="00E8115C" w:rsidRDefault="00E8115C">
      <w:pPr>
        <w:spacing w:after="0" w:line="240" w:lineRule="auto"/>
      </w:pPr>
      <w:r>
        <w:separator/>
      </w:r>
    </w:p>
  </w:endnote>
  <w:endnote w:type="continuationSeparator" w:id="0">
    <w:p w14:paraId="7AEC77FD" w14:textId="77777777" w:rsidR="00E8115C" w:rsidRDefault="00E8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F194" w14:textId="77777777" w:rsidR="005D4D1E" w:rsidRDefault="00000000">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C51D" w14:textId="77777777" w:rsidR="00E8115C" w:rsidRDefault="00E8115C">
      <w:pPr>
        <w:spacing w:after="0" w:line="240" w:lineRule="auto"/>
      </w:pPr>
      <w:r>
        <w:separator/>
      </w:r>
    </w:p>
  </w:footnote>
  <w:footnote w:type="continuationSeparator" w:id="0">
    <w:p w14:paraId="3C669560" w14:textId="77777777" w:rsidR="00E8115C" w:rsidRDefault="00E81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5708" w14:textId="77777777" w:rsidR="005D4D1E" w:rsidRDefault="00000000">
    <w:pPr>
      <w:pStyle w:val="Header"/>
      <w:jc w:val="center"/>
    </w:pPr>
    <w:r>
      <w:rPr>
        <w:rFonts w:ascii="Arial" w:hAnsi="Arial"/>
        <w:color w:val="8C8C8C"/>
        <w:sz w:val="12"/>
      </w:rPr>
      <w:t>Project Challenge | Supporting Learners with Medical Conditions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084561"/>
    <w:rsid w:val="0015074B"/>
    <w:rsid w:val="0016734A"/>
    <w:rsid w:val="0029639D"/>
    <w:rsid w:val="00326F90"/>
    <w:rsid w:val="00424A00"/>
    <w:rsid w:val="005D4D1E"/>
    <w:rsid w:val="0061668F"/>
    <w:rsid w:val="006E5310"/>
    <w:rsid w:val="007A0139"/>
    <w:rsid w:val="009B7C05"/>
    <w:rsid w:val="00AA1D8D"/>
    <w:rsid w:val="00AB262C"/>
    <w:rsid w:val="00B47730"/>
    <w:rsid w:val="00B55B64"/>
    <w:rsid w:val="00B70B1A"/>
    <w:rsid w:val="00BB1E9E"/>
    <w:rsid w:val="00C206A3"/>
    <w:rsid w:val="00CB0664"/>
    <w:rsid w:val="00DF7178"/>
    <w:rsid w:val="00E8115C"/>
    <w:rsid w:val="00EC4744"/>
    <w:rsid w:val="00EE3E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A597D8"/>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2026-09-01T14:58:00Z</dcterms:created>
  <dcterms:modified xsi:type="dcterms:W3CDTF">2026-09-02T12:37:00Z</dcterms:modified>
  <cp:category/>
</cp:coreProperties>
</file>